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5Sd/10/2015 z 8. 3. 2016</w:t>
      </w:r>
    </w:p>
    <w:p>
      <w:r>
        <w:t>Rozsudok Krajského súdu Bratislava z 8. marca 2016, sp. zn. 5Sd/10/2015, ECLI:SK:KSBA:2016:1015200176.1</w:t>
      </w:r>
    </w:p>
    <w:p>
      <w:r>
        <w:t>Súd: Krajský súd Bratislava</w:t>
      </w:r>
    </w:p>
    <w:p>
      <w:r>
        <w:t>Spisová značka: 5Sd/10/2015</w:t>
      </w:r>
    </w:p>
    <w:p>
      <w:r>
        <w:t>ECLI: ECLI:SK:KSBA:2016:1015200176.1</w:t>
      </w:r>
    </w:p>
    <w:p>
      <w:r>
        <w:t>Dátum vydania: 8. 3. 2016</w:t>
      </w:r>
    </w:p>
    <w:p>
      <w:r>
        <w:t>Forma: Rozsudok</w:t>
      </w:r>
    </w:p>
    <w:p>
      <w:r>
        <w:t>Oblasť práva: Správne právo</w:t>
      </w:r>
    </w:p>
    <w:p>
      <w:pPr>
        <w:pStyle w:val="Heading2"/>
      </w:pPr>
      <w:r>
        <w:t>Text rozhodnutia</w:t>
      </w:r>
    </w:p>
    <w:p>
      <w:r>
        <w:t>Súd: Krajský súd Bratislava Spisová značka: 5Sd/10/2015 Identifikačné číslo súdneho spisu: 1015200176 Dátum vydania rozhodnutia: 09. 03. 2016 Meno a priezvisko sudcu, VSÚ: JUDr. Milota Tóthová ECLI: ECLI:SK:KSBA:2016:1015200176.1 ROZSUDOK V MENE SLOVENSKEJ REPUBLIKY Krajský súd v Bratislave samosudkyňou JUDr. Milotou Tóthovou v právnej veci navrhovateľa L. Z., I. S. na Y. XXX, proti Sociálnej poisťovni ústredie, Ul. 29. augusta č. 8-10, Bratislava, o zvýšenie invalidného dôchodku, takto r o z h o d o l : Súd rozhodnutie odporkyne číslo XXX XXX XXXX X zo dňa 4. decembra 2014 p o t v r d z u j e . Účastníkom náhradu trov konania nepriznáva. o d ô v o d n e n i e : Rozhodnutím číslo XXX XXX XXXX X zo dňa 4. decembra 2014 odporkyňa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navrhovateľovi zvýšila od 1. januára 2015 invalidný dôchodok na 363,30 eur mesačne a vdovecký dôchodok na 115,60 eur mesačne. Navrhovateľ návrhom zo dňa 10.1.2015 žiadal preskúmať toto rozhodnutie a namietal, že dovŕšil dôchodkový vek dňa 24.7.2014, a preto v roku 2015 by mu mala pri zvýšení dôchodku patriť suma zvýšenia patriaca pre starobný dôchodok. Odporkyňa v písomnom vyjadrení zo dňa 26.1.2015 uviedla, že navrhovateľovi bol právoplatným rozhodnutím zo dňa 21. mája 2004 podľa § 29 ods. 1 písm. a) zákona č. 100/1988 Zb. o sociálnom zabezpečení priznaný invalidný dôchodok. Poukázala na ustanovenie § 263 ods. 1 a 10 a § 109 ods. 1 a 2 zákona č. 461/2003 Z.z. o sociálnom poistení v znení neskorších predpisov a uviedla, že hoci navrhovateľ dovŕšil dôchodkový vek dňa 24. júla 2014, podľa platnej právnej úpravy nie je uvedený invalidný dôchodok zo zákona prekvalifikovaný na starobný dôchodok a ani sa za starobný dôchodok nepovažuje, a preto invalidný dôchodok navrhovateľa bol zvýšený príslušnou sumou zvýšenia patriacou pre invalidné dôchodky. Napadnuté rozhodnutie číslo XXX XXX XXXX X zo dňa 4. decembra 2014 žiadala ako vecne správne potvrdiť. Súd preskúmal napadnuté rozhodnutie podľa § 250l a nasl. O s.p., prejednal návrh navrhovateľa a dospel k záveru, že návrh nie je dôvodný. Súd vykonal dokazovanie výsluchom odporkyne, oboznámil sa s obsahom dávkového spisu odporkyne číslo XXX XXX XXXX X a s obsahom spisového materiálu a zistil tento skutkový stav. Navrhovateľ žiadosťou spísanou dňa 14.8.2003 požiadal o priznanie invalidného dôchodku od 14.8.2003. Posudková komisia sociálneho zabezpečenia č. I., SP pobočka Bratislava-okolie v posudku zo dňa 18.11.2003 uznala navrhovateľa za invalidného od 14.8.2003 podľa § 29 ods. 3 písm. a) zákona č. 100/1988 Zb. o sociálnom zabezpečení v znení neskorších predpisov. Rozhodnutím číslo XXX XXX XXXX zo dňa 21. mája 2004 bol navrhovateľovi priznaný invalidný dôchodok od 14.8.2003 v sume 6 397 Sk mesačne. Navrhovateľ rozhodnutie o priznaní invalidného dôchodku nenapadol opravným prostriedkom a toto rozhodnutie je právoplatné. Navrhovateľ žiadosťou spísanou dňa 1.3.2011 požiadal o priznanie vdoveckého dôchodku od 15.2.2011. Rozhodnutiami číslo XXX XXX XXXX X zo dňa 5. apríla 2011 odporkyňa podľa § 74 zákona č. 461/2003 Z.z. o sociálnom poistení v znení neskorších predpisov navrhovateľovi priznala vdovecký dôchodok od 15. februára 2011 v sume 209,70 eur mesačne a rozhodla, že podľa § 81 ods. 2 zákona č. 461/2003 Z.z. o sociálnom poistení navrhovateľovi od 15. februára 2011 vypláca invalidný dôchodok v sume 329,90 eur mesačne a vdovecký dôchodok v sume 104,90 eur mesačne, spolu 434,80 eur mesačne. Podľa posudku posudkového lekára Sociálnej poisťovne pobočka Bratislava zo dňa 12.8.2011 navrhovateľ bol uznaný naďalej invalidným podľa § 71 ods. 1 zákona č. 461/2003 Z.z. o sociálnom poistení s mierou poklesu schopnosti vykonávať zárobkovú činnosť 75%. Rozhodnutím číslo XXX XXX XXXX X zo dňa 20. októbra 2011 odporkyňa podľa § 263a ods. 1 písm. c) zákona č. 461/2003 Z.z. zákona č. 461/2003 Z.z. o sociálnom poistení v znení zákona č. 529/2006 Z.z. rozhodla, že navrhovateľovi aj po preskúmaní zdravotného stavu naďalej trvá nárok na invalidný dôchodok podľa § 29 zákona č. 100/1988 Zb. o sociálnom zabezpečení v znení neskorších predpisov a nárok na výplatu invalidného dôchodku v sume určenej podľa predpisov účinných do 31. decembra 2003 vrátane zvýšenia podľa § 82 zákona č. 461/2003 Z.z.. Navrhovateľ ani tieto uvedené rozhodnutia nenapadol opravným prostriedkom a rozhodnutia sú právoplatné. Invalidný dôchodok a vdovecký dôchodok navrhovateľa bol postupne zvyšovaný podľa osobitných predpisov o zvyšovaní dôchodkových dávok. Rozhodnutím číslo XXX XXX XXXX X zo dňa 4. decembra 2014 odporkyňa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navrhovateľovi zvýšila od 1. januára 2015 invalidný dôchodok na 363,30 eur mesačne a vdovecký dôchodok na 115,60 eur mesačne. Navrhovateľ sa na pojednávanie dňa 9.3.2016 nedostavil, svoju neúčasť na ňom ospravedlnil a súhlasil, aby súd rozhodol v jeho neprítomnosti, a preto súd podľa § 101 ods. 2 Občianskeho súdneho poriadku (ďalej len O.s.p.) vec prejednal v jeho neprítomnosti. Zástupkyňa odporkyne sa v plnom rozsahu pridŕžala písomného vyjadrenia zo dňa 19.2.2013 a uviedla, že navrhovateľ doposiaľ nepožiadal o starobný dôchodok. Napadnuté rozhodnutie číslo XXX XXX XXXX X zo dňa 4. decembra 2014 žiadala ako vecne správne potvrdiť. Podľa § 82 ods. 1 písm. a) zákona č. 461/2003 Z.z. v znení neskorších predpisov v znení účinnom k 1.1.2015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82 ods. 4 písm. c) cit. zákona invalidný dôchodok priznaný z dôvodu poklesu schopnosti vykonávať zárobkovú činnosť o viac ako 70%, invalidný dôchodok podľa § 266 a sociálny dôchodok vyplácané k 1. januáru príslušného kalendárneho roka a invalidný dôchodok priznaný z dôvodu poklesu schopnosti vykonávať zárobkovú činnosť o viac ako 70%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invalidného dôchodku priznaného z dôvodu poklesu schopnosti vykonávať zárobkovú činnosť o viac ako 70%, Podľa § 82 ods. 6 písm. c) cit. zákona vdovský dôchodok a vdovecký dôchodok vyplácané k 1. januáru príslušného kalendárneho roka a vdovský dôchodok a vdovecký dôchodok priznané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vdovského dôchodku a vdoveckého dôchodku, Podľa § 82 ods. 9 cit. zákona pevná suma zvýšenia dôchodkovej dávky, ktorá nie je vyplácaná v sume jednej polovice z dôvodu súbehu nárokov na výplatu dôchodkov, sa určí podľa odsekov 2 až 7 z priemernej mesačnej sumy dôchodkovej dávky, ktorá nie je vyplácaná v sume jednej polovice z dôvodu súbehu nárokov na výplatu dôchodkov, vykázanej Sociálnou poisťovňou podľa odseku 1 písm. a). Invalidný dôchodok podľa § 266 a sociálny dôchodok, ktoré nie sú vyplácané v sume jednej polovice z dôvodu súbehu nárokov na výplatu dôchodkov, sa zvyšujú pevnou sumou, ktorá sa určí podľa odseku 4 z priemernej mesačnej sumy invalidného dôchodku priznaného z dôvodu poklesu schopnosti vykonávať zárobkovú činnosť o viac ako 70%, ktorý nie je vyplácaný v sume jednej polovice, vykázanej Sociálnou poisťovňou podľa odseku 1 písm. a). Podľa § 82 ods. 10 veta prvá cit. zákona pevná suma zvýšenia dôchodkovej dávky, ktorá je vyplácaná v sume jednej polovice z dôvodu súbehu nárokov na výplatu dôchodkov, sa určí podľa odsekov 2 až 7 z priemernej mesačnej sumy dôchodkovej dávky, ktorá je vyplácaná v sume jednej polovice z dôvodu súbehu nárokov na výplatu dôchodkov, vykázanej Sociálnou poisťovňou podľa odseku 1 písm. a). Podľa § 293ce ods. 2 cit. zákona ministerstvo vydá opatrenie a vyhlási jeho úplné znenie uverejnením v Zbierke zákonov najneskôr do 31. októbra 2012, ktorým ustanoví a) pevnú sumu zvýšenia dôchodkovej dávky podľa odsekov 3 až 5, b) percento zvýšenia úrazovej renty podľa odseku 6. Podľa § 293ce ods. 3 písm. c) cit. zákona pevná suma zvýšenia invalidného dôchodku priznaného z dôvodu poklesu schopnosti vykonávať zárobkovú činnosť o viac ako 70%, invalidného dôchodku podľa § 266 a sociálneho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o viac ako 70% vykázanej Sociálnou poisťovňou k 30. júnu 2012. Podľa § 293ce ods. 3 písm. e) cit. zákona pevná suma zvýšenia vdovského dôchodku a vdoveckého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vdovského dôchodku a vdoveckého dôchodku vykázanej Sociálnou poisťovňou k 30. júnu 2012, Podľa § 293ce ods. 4 cit. zákona pevná suma zvýšenia dôchodkovej dávky, ktorá nie je vyplácaná v sume jednej polovice z dôvodu súbehu nárokov na výplatu dôchodkov, sa určí podľa odseku 3 z priemernej mesačnej sumy dôchodkovej dávky, ktorá nie je vyplácaná v sume jednej polovice z dôvodu súbehu nárokov na výplatu dôchodkov, vykázanej Sociálnou poisťovňou k 30. júnu 2012. Invalidný dôchodok podľa § 266 a sociálny dôchodok, ktoré nie sú vyplácané v sume jednej polovice z dôvodu súbehu nárokov na výplatu dôchodkov, sa zvyšujú pevnou sumou, ktorá sa určí podľa odseku 3 písm. c) z priemernej mesačnej sumy invalidného dôchodku priznaného z dôvodu poklesu schopnosti vykonávať zárobkovú činnosť o viac ako 70%, ktorý nie je vyplácaný v sume jednej polovice, vykázanej Sociálnou poisťovňou k 30. júnu 2012. Podľa § 293ce ods. 5 veta prvá cit. zákona pevná suma zvýšenia dôchodkovej dávky, ktorá je vyplácaná v sume jednej polovice z dôvodu súbehu nárokov na výplatu dôchodkov, sa určí podľa odseku 3 z priemernej mesačnej sumy dôchodkovej dávky, ktorá je vyplácaná v sume jednej polovice z dôvodu súbehu nárokov na výplatu dôchodkov, vykázanej Sociálnou poisťovňou k 30. júnu 2012. Podľa § 1 písm. e) a j)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e) 4,60 eura, ak ide o invalidný dôchodok priznaný z dôvodu poklesu schopnosti vykonávať zárobkovú činnosť o viac ako 70%, invalidný dôchodok podľa § 266 zákona a sociálny dôchodok, j) 1,50 eura, ak ide o vdovský dôchodok vyplácaný v sume jednej polovice a vdovecký dôchodok vyplácaný v sume jednej polovice. Podľa § 109 ods. 1 veta prvá zákona č. 461/2003 Z.z. o sociálnom poistení v znení neskorších predpisov nárok na nemocenskú dávku, dôchodkovú dávku, úrazovú dávku, dávku garančného poistenia a dávku v nezamestnanosti (ďalej len "dávka") vzniká odo dňa splnenia podmienok ustanovených týmto zákonom, ak tento zákon neustanovuje inak. Podľa § 109 ods. 2 cit. zákona nárok na výplatu dávky vzniká splnením podmienok ustanovených týmto zákonom na vznik nároku na dávku, splnením podmienok nároku na jej výplatu a podaním žiadosti o priznanie alebo vyplácanie dávky. Podľa § 184 ods. 1 cit. zákona dávkové konanie sa začína, ak tento zákon neustanovuje inak, na základe písomnej žiadosti fyzickej osoby, ktorá si uplatnila nárok na dávku a nárok na výplatu dávky. Podľa § 184 ods. 5 veta prvá a druhá cit. zákona žiadosť o priznanie dávky sa podáva na tlačive určenom Sociálnou poisťovňou. Fyzická osoba uvedená v odseku 1 je povinná preukázať skutočnosti rozhodujúce na nárok na dávku a nárok na jej výplatu spôsobom určeným Sociálnou poisťovňou. Podľa § 185 ods. 1 cit. zákona za deň začatia konania sa považuje deň, keď bola žiadosť doručená príslušnej organizačnej zložke Sociálnej poisťovne. Za deň začatia konania o dôchodkových dávkach a úrazových dávkach sa považuje aj deň spísania žiadosti o dávku pobočkou. Podľa § 185 ods. 3 cit. zákona za deň uplatnenia nároku na dôchodkové dávky a úrazové dávky okrem úrazového príplatku, rehabilitačného a rekvalifikačného a nároku na ich výplatu sa považuje deň, keď fyzická osoba prvýkrát požiadala príslušnú organizačnú zložku Sociálnej poisťovne o spísanie žiadosti o priznanie dávky. Podľa § 185 ods. 4 konanie, ktoré sa začína na podnet organizačnej zložky Sociálnej poisťovne, je začaté odo dňa, keď príslušná organizačná zložka Sociálnej poisťovne urobila voči účastníkovi konania prvý úkon. V preskúmavanej veci súd zistil, že navrhovateľovi na základe žiadosti o invalidný dôchodok bol rozhodnutím číslo XXX XXX XXXX zo dňa 21. mája 2004 priznaný invalidný dôchodok od 14.8.2003 v sume 6 397 Sk mesačne. Navrhovateľovi na základe žiadosti o vdovecký dôchodok bol rozhodnutiami číslo XXX XXX XXXX X zo dňa 5. apríla 2011 priznaný vdovecký dôchodok od 15. februára 2011 v sume 209,70 eur mesačne a podľa § 81 ods. 2 zákona č. 461/2003 Z.z. o sociálnom poistení sa navrhovateľovi od 15. februára 2011 vypláca invalidný dôchodok v sume 329,90 eur mesačne a vdovecký dôchodok v sume 104,90 eur mesačne, spolu 434,80 eur mesačne. Na základe posudku posudkového lekára Sociálnej poisťovne pobočka Bratislava zo dňa 12.8.2011 navrhovateľ bol uznaný naďalej invalidným podľa § 71 ods. 1 zákona č. 461/2003 Z.z. o sociálnom poistení s mierou poklesu schopnosti vykonávať zárobkovú činnosť 75%. Rozhodnutím číslo XXX XXX XXXX X zo dňa 20. októbra 2011 odporkyňa podľa § 263a ods. 1 písm. c) zákona č. 461/2003 Z.z. zákona č. 461/2003 Z.z. o sociálnom poistení v znení zákona č. 529/2006 Z.z. rozhodla, že navrhovateľovi aj po preskúmaní zdravotného stavu naďalej trvá nárok na invalidný dôchodok podľa § 29 zákona č. 100/1988 Zb. o sociálnom zabezpečení v znení neskorších predpisov a nárok na výplatu invalidného dôchodku v sume určenej podľa predpisov účinných do 31. decembra 2003 vrátane zvýšenia podľa § 82 zákona č. 461/2003 Z.z.. Navrhovateľ uvedené rozhodnutia nenapadol opravným prostriedkom a tieto rozhodnutia sú právoplatné. Navrhovateľ poberal k 31. decembru 2014 invalidný dôchodok v sume 358,70 eur mesačne a vdovecký dôchodok v sume 114,10 eur mesačne. Rozhodnutím číslo XXX XXX XXXX X zo dňa 4. decembra 2014 odporkyňa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navrhovateľovi zvýšila od 1. januára 2015 invalidný dôchodok na 363,30 eur mesačne a vdovecký dôchodok na 115,60 eur mesačne. Súd konštatuje, že odporkyňa správne postupovala pri zvýšení sumy invalidného dôchodku a vdoveckého dôchodku navrhovateľa v roku 2015, keď od 1. januára 2015 invalidný dôchodok navrhovateľa zvýšila o 4,60 eur mesačne na sumu 363,30 eur mesačne a vdovecký dôchodok zvýšila o 1,50 na sumu 115,60 eur mesačne. Zákon č. 461/2003 Z.z. o sociálnom poistení v ustanovení § 185 ods. 3 považuje za deň uplatnenia nároku na dôchodkové dávky a nároku na ich výplatu deň, keď fyzická osoba prvýkrát požiadala príslušnú organizačnú zložku Sociálnej poisťovne o spísanie žiadosti o priznanie dávky. Ustanovenie § 109 ods. 2 zákona č. 461/2003 Z.z. o sociálnom poistení nárok na výplatu dávky podmieňuje splnením podmienok ustanovených týmto zákonom na vznik nároku na dávku, splnením podmienok nároku na jej výplatu a podaním žiadosti o priznanie alebo vyplácanie dávky. Súd poukazuje na to, že je rozdiel medzi tým, kedy vznikne nárok na dôchodkovú dávku a kedy vznikne nárok na výplatu dávky. Nárok na dávku dôchodkového poistenia vzniká dňom splnenia podmienok nároku na dávku, t.j. získaním zákonom stanoveného obdobia dôchodkového poistenia a dovŕšenia dôchodkového veku, pričom ide o vznik nároku (práva), ku ktorému dochádza splnením podmienok ustanovených príslušným právnym predpisom o dôchodkovom poistení, t.j. zákonom č. 461/2003 Z.z. o sociálnom poistení v znení neskorších predpisov a vznik tohto nároku nevyžaduje zo strany občana žiaden právny úkon, pretože vzniká automaticky splnením požadovaných podmienok. Odlišne je nutné posudzovať nárok na výplatu dávky, ktorý podmieňuje splnenie podmienok vzniku nároku na dávku, splnenie podmienok na výplatu dávky a podanie žiadosti o vyplácanie dávky, t.j. predpísaným právnym úkonom, ktorým je podanie žiadosti o priznanie dôchodkovej dávky, v ktorom žiadateľ o dávku má možnosť uplatniť priznanie dôchodkovej dávky aj od odlišného dátumu ako je vznik nároku na dávku. Nejedná sa teda o automatické priznanie starobného dôchodku po dovŕšení dôchodkového veku a splnenia podmienky získania požadovaného obdobia dôchodkového poistenia a jeho výplatu. Nárok na výplatu starobného dôchodku navrhovateľovi by vznikol iba vtedy, že by boli súčasne plnené podmienky na vznik nároku na starobný dôchodok, podmienky nároku na jeho výplatu a bola by podaná žiadosť o priznanie starobného dôchodku alebo jeho vyplácanie. Je však nesporné, že navrhovateľ doposiaľ nepožiadal o priznanie starobného dôchodku, teda si neuplatnil naň nárok podaním písomnej žiadosti o starobný dôchodok na príslušnej pobočke Sociálnej poisťovne a z toho dôvodu nárok na výplatu starobného dôchodku ku dňu dovŕšenia dôchodkového veku a ani neskôr mu dosiaľ nevznikol. Preto ani nebolo možné, aby odporkyňa mohla navrhovateľovi zvýšiť starobný dôchodok, tak ako to navrhovateľ požadoval vo svojom návrhu. Vzhľadom na vyššie uvedené súd napadnuté rozhodnutie číslo XXX XXX XXXX X zo dňa 4. decembra 2014 podľa § 250q ods. 2 O.s.p. ako vecne správne potvrdil. O trovách konania súd rozhodol podľa § 250k ods. 1 v spojení s § 250l ods. 2 O.s.o.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https://www.kauzis.sk/judikatura/r/ECLI:SK:KSBA:2016:1015200176.1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