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9Sp/8/2015 z 26. 1. 2016</w:t>
      </w:r>
    </w:p>
    <w:p>
      <w:r>
        <w:t>Uznesenie Krajského súdu Bratislava z 26. januára 2016, sp. zn. 9Sp/8/2015, ECLI:SK:KSBA:2016:1015200210.1</w:t>
      </w:r>
    </w:p>
    <w:p>
      <w:r>
        <w:t>Súd: Krajský súd Bratislava</w:t>
      </w:r>
    </w:p>
    <w:p>
      <w:r>
        <w:t>Spisová značka: 9Sp/8/2015</w:t>
      </w:r>
    </w:p>
    <w:p>
      <w:r>
        <w:t>ECLI: ECLI:SK:KSBA:2016:1015200210.1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9Sp/8/2015 Identifikačné číslo súdneho spisu: 1015200210 Dátum vydania rozhodnutia: 27. 01. 2016 Meno a priezvisko sudcu, VSÚ: JUDr. Beata Jurgošová ECLI: ECLI:SK:KSBA:2016:1015200210.1</w:t>
      </w:r>
    </w:p>
    <w:p>
      <w:r>
        <w:t>Uznesenie Krajský súd v Bratislave v právnej veci navrhovateľa: 1/ S. N., G. X, XXX XX J., 2/ G. I., T. K. X, XXX XX G., proti odporcovi: Okresný úrad Pezinok, katastrálny odbor, Radničné nám. 7, 902 01 Pezinok, o preskúmanie rozhodnutia odporcu č. V 3998/2013 zo dňa 13.11.2014,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Navrhovatelia 1/ a 2/ svojím návrhom zo dňa 19.12.2014 žiadali preskúmať rozhodnutie odporcu č. V 3998/2013 zo dňa 13.11.2014, ktorým bol zamietnutý návrh na vklad vlastníckeho práva do katastra nehnuteľností.</w:t>
      </w:r>
    </w:p>
    <w:p>
      <w:r>
        <w:t>Podaním zo dňa 22.01.2016 navrhovatelia 1/ a 2/ oznámili, že opravný prostriedok zo dňa 19.12.2014 berú v celom rozsahu späť a žiadajú konanie zastaviť.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https://www.kauzis.sk/judikatura/r/ECLI:SK:KSBA:2016:1015200210.1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