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8Scud/3/2015 z 16. 5. 2016</w:t>
      </w:r>
    </w:p>
    <w:p>
      <w:r>
        <w:t>Rozsudok Krajského súdu Bratislava z 16. mája 2016, sp. zn. 8Scud/3/2015, ECLI:SK:KSBA:2016:1015200224.3</w:t>
      </w:r>
    </w:p>
    <w:p>
      <w:r>
        <w:t>Súd: Krajský súd Bratislava</w:t>
      </w:r>
    </w:p>
    <w:p>
      <w:r>
        <w:t>Spisová značka: 8Scud/3/2015</w:t>
      </w:r>
    </w:p>
    <w:p>
      <w:r>
        <w:t>ECLI: ECLI:SK:KSBA:2016:1015200224.3</w:t>
      </w:r>
    </w:p>
    <w:p>
      <w:r>
        <w:t>Dátum vydania: 16. 5.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8Scud/3/2015 Identifikačné číslo súdneho spisu: 1015200224 Dátum vydania rozhodnutia: 17. 05. 2016 Meno a priezvisko sudcu, VSÚ: JUDr. Peter Pospech ECLI: ECLI:SK:KSBA:2016:1015200224.3 ROZSUDOK V MENE SLOVENSKEJ REPUBLIKY Krajský súd v Bratislave pred samosudcom JUDr. Petrom Pospechom, v právnej veci navrhovateľa: O. R., F.. XX.X.XXXX, T. Z. J. XX, XXXX V., S., proti odporcovi: Sociálna poisťovňa - ústredie, ul. 29. augusta 8-10, 813 63 Bratislava, právne zast. JUDr. Evou Kuchárikovou, v spore o starobný dôchodok takto r o z h o d o l : Súd napadnuté rozhodnutie číslo XXX XXX XXXX X zo dňa 19.11.2014, v spojitosti so zmenovým rozhodnutím číslo XXX XXX XXXX X zo dňa 28. januára 2015 ako vecne správne p o t v r d z u j e , podľa § 250q ods. 2 O.s.p. Navrhovateľovi súd náhradu trov konania nepriznáva. o d ô v o d n e n i e : Napadnutým rozhodnutím č. XXX XXX XXXX X zo dňa 19.11.2014 bola navrhovateľovi podľa § 65 ods. 1 zákona v znení zákona č. 555/2007 Z.z. zamietnutá žiadosť o starobný dôchodok zo dňa 19.9.2014. Navrhovateľ v opravnom prostriedku namieta zamietnutie žiadosti o priznanie dôchodku pre nesplnenie podmienky potrebného počtu rokov dôchodkového poistenia, pretože pracoval počas výkonu trestu odňatia slobody. K predmetu sporu a k opravnému prostriedku sa odporca písomne vyjadril svojím písomným podaním zo dňa 4.2.2015 s tým, že na základe podaného opravného prostriedku bolo započítané obdobie dôchodkového poistenia, počas výkonu trestu odňatia slobody a odporca súčasne požiadal o poskytnutie primeranej lehoty a opätovne posúdenie nároku navrhovateľa. V písomnom vyjadrení zo dňa 12.3.2015 odporca ustálil, že navrhovateľ nesplnil podmienku potrebného počtu rokov dôchodkového poistenia na vznik nároku na jeho priznanie a preto bola jeho žiadosť zamietnutá. Krajský súd v Bratislave ako súd vecne a miestne príslušný na konanie podľa tretej hlavy, piatej časti O.s.p. preskúmal napadnuté rozhodnutie v rozsahu dôvodov, ktoré uviedol navrhovateľ vo svojom opravnom prostriedku a po preskúmaní napadnutého rozhodnutia súd dospel k záveru, že opätovný prostriedok navrhovateľa nie je dôvodný. Z obsahu spisového materiálu zistil nasledovný skutkový a právny stav. Podľa § 65 ods. 1 zákona č. 461/2003 Z.z. o sociálnom poistení v znení zákona č. 555/2007 Z.z. poistenec má nárok na starobný dôchodok ak bol dôchodkovo poistený najmenej 15 rokov a dovŕšil dôchodkový vek. Navrhovateľ dosiahol dôchodkový vek dňa 24.5.2014 a k tomu dňu získal navrhovateľ 5061 dní obdobia dôchodkového poistenia podľa právnych predpisov Slovenskej republiky t.j. 13 rokov a 316 dní obdobia dôchodkového poistenia. Po dôslednom posúdení nároku odporcom boli na nárok na dôchodok započítané všetky obdobia zamestnania, ktoré vykonával počas výkonu trestu odňatia slobody a po zhodnotení všetkých období zamestnania, podľa údajov dostupných v evidenčnom a informačnom systéme a po opätovnom posúdení nároku navrhovateľa na starobný dôchodok bolo vydané zmenové rozhodnutie č. XXX XXX XXXX X zo dňa 28.1.2015 a týmto rozhodnutím sa mení rozhodnutie č. XXX XXX XXXX X zo dňa 19.11.2014 po doplnení doby zamestnania, kedy navrhovateľ bol pracujúcim odsúdeným od 18.2.2015 do 19.2.2015 a 4.12.1979. Z dostupného evidenčného materiálu je nepochybné, že navrhovateľ získal aj po započítaní chýbajúcich dní celkom 5063 dní dôchodkového poistenia t.j. 13 rokov a 318 dní obdobia dôchodkového poistenia. Presný rozpis je uvedený v priloženom osobnom liste dôchodkového poistenia zmenového rozhodnutia. Z uvedeného vyplýva, že navrhovateľ nesplnil zákonnú podmienku potrebného počtu rokov dôchodkového poistenia a preto bola žiadosť správne zamietnutá. Navrhovateľ sa pojednávania v predmetnej veci nezúčastnil, zásielku súdu - predvolánku na pojednávanie v predmetnej veci neprevzal v odbernej lehote a preto súd konal podľa § 47 O.s.p., po prijatí procesného uznesenia podľa § 101 ods. 2 O.s.p., v neprítomnosti navrhovateľa. Právna zástupkyňa odporcu žiadala napadnuté rozhodnutie potvrdiť ako vecne správne a vydané v súlade so zákonom. Vzhľadom na vyššie uvedené dôvody súd musí konštatovať, že preskúmavané rozhodnutia odporcu boli vydané v súlade so zákonom ako aj konanie, ktoré predchádzalo vydaniu vyššie uvedených rozhodnutí. Odporca pred vydaním rozhodnutí riadne zistil skutkový a právny stav, odôvodnenie rozhodnutia je dostatočne a zrozumiteľné, ako aj uvedenie skutočností, ktoré boli podkladom pre vydanie rozhodnutia a preto súd napadnuté rozhodnutia, ktoré sú uvedené vo výrokovej časti tohto rozhodnutia potvrdil podľa § 250q ods. 3 O.s.p. Výrok o trovách konania súd oprel o skutočnosť, že navrhovateľ si trovy konania neuplatnil a preto súd rozhodol, že navrhovateľovi trovy konania nepriznáva. Poučenie: Proti tomuto rozhodnutiu je možné podať odvolanie v lehote 15 dní odo dňa jeho doručenia na Krajský súd v Bratislave, písomne, dvojmo. V odvolaní je potrebné uviesť okrem všeobecných náležitostí (§ 42 ods. 3 O.s.p.), proti ktorému rozhodnutiu odvolanie smeruje, v akom rozsahu ho odvolávateľ podáva a v čom vidí nesprávnosť postupu a rozhodnutia súdu.</w:t>
      </w:r>
    </w:p>
    <w:p/>
    <w:p>
      <w:r>
        <w:t>Zdroj: KAUZIS.SK – https://www.kauzis.sk/judikatura/r/ECLI:SK:KSBA:2016:1015200224.3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