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10Sd/22/2015 z 11. 4. 2016</w:t>
      </w:r>
    </w:p>
    <w:p>
      <w:r>
        <w:t>Rozsudok Krajského súdu Bratislava z 11. apríla 2016, sp. zn. 10Sd/22/2015, ECLI:SK:KSBA:2016:1015200284.1</w:t>
      </w:r>
    </w:p>
    <w:p>
      <w:r>
        <w:t>Súd: Krajský súd Bratislava</w:t>
      </w:r>
    </w:p>
    <w:p>
      <w:r>
        <w:t>Spisová značka: 10Sd/22/2015</w:t>
      </w:r>
    </w:p>
    <w:p>
      <w:r>
        <w:t>ECLI: ECLI:SK:KSBA:2016:1015200284.1</w:t>
      </w:r>
    </w:p>
    <w:p>
      <w:r>
        <w:t>Dátum vydania: 11. 4. 2016</w:t>
      </w:r>
    </w:p>
    <w:p>
      <w:r>
        <w:t>Forma: Rozsudok</w:t>
      </w:r>
    </w:p>
    <w:p>
      <w:r>
        <w:t>Oblasť práva: Správne právo</w:t>
      </w:r>
    </w:p>
    <w:p>
      <w:pPr>
        <w:pStyle w:val="Heading2"/>
      </w:pPr>
      <w:r>
        <w:t>Text rozhodnutia</w:t>
      </w:r>
    </w:p>
    <w:p>
      <w:r>
        <w:t>Súd: Krajský súd Bratislava Spisová značka: 10Sd/22/2015 Identifikačné číslo súdneho spisu: 1015200284 Dátum vydania rozhodnutia: 12. 04. 2016 Meno a priezvisko sudcu, VSÚ: JUDr. Beata Jurgošová ECLI: ECLI:SK:KSBA:2016:1015200284.1 ROZSUDOK V MENE SLOVENSKEJ REPUBLIKY Krajský súd v Bratislave sudkyňou JUDr. Beátou Jurgošovou v právnej veci navrhovateľky: B. O., bytom D. XX, I., ako právnej nástupníčke po nebohom A. O., zomr. XX.XX.XXXX, naposledy bytom J. T. XXX/ XX, I. proti odporkyni: Sociálnej poisťovni ústredie, Ul. 29. augusta č. 8, Bratislava o invalidný dôchodok takto r o z h o d o l : Súd rozhodnutie odporkyne číslo XXX XXX XXXX X zo dňa 12. januára 2015 a rozhodnutie číslo XXX XXX XXXX X zo dňa 31.7.2015 p o t v r d z u j e . Účastníkom náhradu trov konania nepriznáva. o d ô v o d n e n i e : Rozhodnutím číslo XXX XXX XXXX X zo dňa 7. novembra 2014 odporkyňa podľa § 70 ods.1 zákona č. 461/2003 Z.z. o sociálnom poistení v znení neskorších predpisov zamietla žiadosť navrhovateľa o invalidný dôchodok. Rozhodla tak s odôvodnením, že navrhovateľ bol uznaný za invalidného z dôvodu, že má pokles schopnosti vykonávať zárobkovú činnosť o viac ako 70 % v porovnaní so zdravou fyzickou osobou, ale ku dňu vzniku invalidity získal len 14 rokov a 10 dní obdobia dôchodkového poistenia, čím nesplnil podmienku potrebného počtu rokov obdobia dôchodkového poistenia na vznik nároku na invalidný dôchodok. Rozhodnutím číslo XXX XXX XXXX X zo dňa 10.8.2015 odporkyňa zrušila rozhodnutie číslo XXX XXX XXXX X zo dňa 7. novembra 2014 o zamietnutí žiadosti o invalidný dôchodok s odôvodnením, že od 24. októbra 2011 navrhovateľovi vznikol nárok na invalidný dôchodok podľa § 70 ods. 1 zákona č. 461/2003 Z.z. o sociálnom poistení v znení neskorších predpisov, ktorý navrhovateľovi bol priznaný rozhodnutím číslo XXX XXX XXXX X zo dňa 12. januára 2015. Rozhodnutím číslo XXX XXX XXXX X zo dňa 31.7.2015 odporkyňa podľa § 37 ods. 1 písm. a) zákona č. 100/1988 Zb. o sociálnom zabezpečení v znení zákona č. 132/1998 Zb. a podľa § 114 ods. 1 a § 259 ods. 1 zákona č. 461/2003 Z.z. o sociálnom poistení priznala navrhovateľovi od 6. októbra 2011 čiastočný invalidný dôchodok v sume 78,50 eur mesačne. Rozhodla, že podľa § 263a ods. 5 zákona č. 461/2003 Z.z. v znení zákona č. 529/2006 Z.z. sa navrhovateľovi naďalej bude vyplácať invalidný dôchodok v sume 156,90 eur mesačne a nárok na invalidný dôchodok v nižšej sume 78,50 eur mesačne zaniká. Navrhovateľ návrhom zo dňa 26.11.2014 žiadal preskúmať rozhodnutie odporkyne číslo XXX XXX XXXX X zo dňa 7. novembra 2014 a namietal nepriaznivý zdravotný stav a žiadal o jeho opätovné posúdenie. Následne návrhom zo dňa 16.3.2015 žiadal preskúmať rozhodnutie odporkyne číslo XXX XXX XXXX X zo dňa 12. januára 2015 a navrhol prehodnotiť napadnuté rozhodnutie. A. O. v priebehu konania dňa XX.XX.XXXX zomrel a do konania vstúpila ako jeho právna nástupkyňa, jeho matka B. O.. Krajský súd preskúmal napadnuté rozhodnutie číslo XXX XXX XXXX X zo dňa 7. novembra 2014 a napadnuté rozhodnutie číslo XXX XXX XXXX X zo dňa 12. januára 2015 podľa § 250l a nasl. O.s.p.. Krajský súd vykonal dokazovanie výsluchom účastníkov konania, posudkom posudkového lekára Sociálnej poisťovne pobočky Bratislava zo dňa 24.10.2014, posudkom posudkového lekára Sociálnej poisťovne pobočky Bratislava zo dňa 19.12.2014,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 podaní žiadosti o invalidný dôchodok bol zdravotný stav a pracovná schopnosť navrhovateľa preskúmaný posudkovým lekárom Sociálnej poisťovne pobočka Bratislava, ktorý v posudku zo dňa 24.10.2014 uviedol, že navrhovateľ je sledovaný pre zhubný nádor ďasna dolnej čeluste, nádor je inoperabilný, histologicky verifikovaný spinocelulárny CaT4n2Mx. V roku 1990 navrhovateľ utrpel úraz s následným syndrómom caudy. Neudrží moč ani stolicu. Príma len kašovitú stravu pri základnej diagnóze. Zdravotný stav posudzovaného zodpovedá invalidite s MPSVZČ 90%. Dátum vzniku invalidity určil v súlade so žiadosťou posudzovaného, t.j. od 24.10.2011.Rozhodujúcim zdravotným postihnutím u navrhovateľa sú choroby zmyslových orgánov, zhubné nádory v oblasti hlavy a krku, neliečiteľné formy zhubných nádorov (kapitola VII, oddiel B, položka 9, písm. b) prílohy č. 4 zákona č. 461/2003 Z.z. o sociálnom poistení), kde mieru poklesu schopnosti vykonávať zárobkovú činnosť stanovil na 90%. Na ostatné ochorenia, ktoré nie sú rozhodujúcim zdravotným postihnutím, ale svojou podstatou neovplyvňujú funkčný stav organizmu nenavýšil percentuálnu mieru poklesu schopnosti zárobkovej činnosti o 0 % (najviac o 10%). Výsledná miera poklesu schopnosti vykonávať zárobkovú činnosť je 90 %. Navrhovateľ je invalidný podľa § 71 ods. 1 zákona č. 461/2003 Z.z. o sociálnom poistení, lebo pre dlhodobo nepriaznivý zdravotný stav má pokles schopnosti vykonávať zárobkovú činnosť o viac ako 40 % v porovnaní so zdravou fyzickou osobou. Dátum vzniku invalidity určil od 24.10.2011. Invalidita vznikla v dôsledku choroby. Posudkový lekár Sociálnej poisťovne pobočka Bratislava v posudku zo dňa 19.12.2014 uviedol, že predmetom posudzovania je posúdenie invalidity na základe konania o opravnom prostriedku zo dňa 15.12.2014 proti rozhodnutiu zo dňa 7.11.2014 z dôvodu nesúhlasu s určenou mierou poklesu schopnosti vykonávať zárobkovú činnosť na žiadosť poistenca o invalidný dôchodok zo dňa 24.10.2014. Posudkový lekár určil, že čiastočná invalidita trvá naďalej od 3.2.1994, a od 24.10.2011 je zmena z čiastočnej invalidity na invalidný dôchodok. Miera poklesu schopnosti vykonávať zárobkovú činnosť 90 %, je teda hranica z daného percentuálneho rozpätia 90 %. Na ostatné ochorenia, ktoré nie sú rozhodujúcim zdravotným postihnutím, ale svojou podstatou neovplyvňujú funkčný stav organizmu, nenavyšuje percentuálnu mieru poklesu schopnosti zárobkovej činnosti o 0 % (najviac o 10 %). Rozhodujúcim zdravotným postihnutím u navrhovateľa sú choroby zmyslových orgánov, sluch, zhubné nádory v oblasti hlavy a krku, neliečiteľné formy zhubných nádorov (kapitola VII, oddiel B, položka 9, písmeno b) prílohy č. 4 zákona č. 461/2003 Z.z. o sociálnom poistení), kde mieru poklesu schopnosti vykonávať zárobkovú činnosť stanovil na 90 %. Celková miera poklesu schopnosti vykonávať zárobkovú činnosť bola stanovená na 90 %. Navrhovateľ je od 3.2.1994 naďalej čiastočne invalidný podľa § 37 ods. 2 písm. b) zákona č. 100/1988 Z.z. v znení zákona č. 194/1994 Z. z., lebo pre dlhodobo nepriaznivý zdravotný stav je schopný vykonávať doterajšie alebo iné sústavné zamestnanie len za osobitne uľahčených pracovných podmienok (IČ naďalej od 3.2.1994). Od 24.10.2011 je už invalidný podľa § 29 ods. 3 písm. a ) zákona č. 100/1988 Zb. v znení zákona č. 194/1994 Z.z. a zákona č. 107/1999 Z.z., lebo pre dlhodobo nepriaznivý zdravotný stav je neschopný vykonávať akékoľvek sústavné zamestnanie. Od 24.10.2011 je invalidný podľa § 71 ods. 1 zákona č. 461/2003 Z.z. o sociálnom poistení, lebo pre dlhodobo nepriaznivý zdravotný stav má pokles schopnosti vykonávať zárobkovú činnosť o viac ako 40 % v porovnaní so zdravou fyzickou osobou. Invalidita vznikla v dôsledku choroby. Odporkyňa vydala rozhodnutie číslo XXX XXX XXXX X zo dňa 10.8.2015, ktorým zrušila rozhodnutie číslo XXX XXX XXXX zo dňa 7. novembra 2014 o zamietnutí žiadosti o priznanie invalidného dôchodku a dňa 12.1.2015 vydala rozhodnutie číslo XXX XXX XXXX X, ktorým podľa § 70 ods. 1, § 274 a § 82 zákona č. 461/2003 Z.z. o sociálnom poistení v znení neskorších predpisov priznala navrhovateľovi od 24.10.2011 invalidný dôchodok v sume 156,90 eur mesačne. Rozhodnutím číslo XXX XXX XXXX X zo dňa 31.7.2015 podľa § 37 ods. 1 písm. a) zákona č. 100/1988 Zb. o sociálnom zabezpečení v znení zákona č. 132/1998 Zb. a podľa § 114 ods. 1 a § 259 ods. 1 zákona č. 461/2003 Z.z. o sociálnom poistení priznala navrhovateľovi od 6.10.2011 čiastočný invalidný dôchodok v sume 78,50 eur mesačne. Podľa § 263a ods. 5 zákona č. 461/2003 Z.z. v znení zákona č. 529/2006 Z.z. navrhovateľovi naďalej bude vyplácať invalidný dôchodok v sume 156,90 eur mesačne a nárok na invalidný dôchodok v nižšej sume 78,50 eur mesačne zaniká. Z vykonaného dokazovania mal súd za preukázané, že posudkový lekári sociálneho poistenia Sociálnej poisťovne pobočka Bratislava vo svojich vyššie uvedených posudkoch zohľadnili všetky navrhovateľom uvádzané ťažkosti a vysporiadali sa s lekárskymi nálezmi nachádzajúcimi sa v zdravotnej dokumentácii navrhovateľa a zhodne určili, že rozhodujúcim zdravotným postihnutím u navrhovateľa sú choroby zmyslových orgánov, sluch, zhubné nádory v oblasti hlavy a krku, neliečiteľné formy zhubných nádorov (kapitola VII, oddiel B, položka 9, písm. b)) prílohy č. 4 zákona č. 461/2003 Z.z. o sociálnom poistení), kde mieru poklesu schopnosti vykonávať zárobkovú činnosť stanovili na 90%. Celková miera poklesu schopnosti vykonávať zárobkovú činnosť predstavovala 90 %. Dátum vzniku invalidity stanovili od 24.10.2011. Zistenia posudkových lekárov neboli spochybnené ani v súdnom konaní. Závery posudkov posudkových lekárov zo dňa 19.12.2014 a 24.10.2014, ktorý hodnotil zdravotný stav navrhovateľa sú odborné, presvedčivé, náležite zdôvodnené a súd nezistil rozpor medzi ich závermi a zisteným skutočným stavom. Výšku invalidného dôchodku navrhovateľa odporkyňa určila v súlade s ust. § 73 ods. 1 zákona č. 461/2003 Z.z. o sociálnom poistení v znení zákona č. 600/2003 Z.z. ako súčin priemerného osobného mzdového bodu 0,4833; 33,2795 rokov obdobia dôchodkového poistenia a pripočítaného obdobia, percentuálneho poklesu schopnosti vykonávať zárobkovú činnosť 90% a aktuálnej dôchodkovej hodnoty platnej k 24. októbru 2011, ktorá je 9,5756 eur, čo predstavuje sumu invalidného dôchodku 154,10 eur mesačne. Suma invalidného dôchodku vypočítaná podľa zákona č. 461/2003 Z.z. v znení neskorších predpisov je 154,10 eur mesačne a suma invalidného dôchodku vypočítaná podľa zákona č. 100/1988 Zb. v znení neskorších predpisov je 78,50 eur mesačne. Pretože suma invalidného dôchodku, na ktorý bol prekvalifikovaný čiastočný invalidný dôchodok priznaný podľa zákona účinného do 31.12.2003 je 78,50 eur mesačne a suma invalidného dôchodku podľa zákona účinného od 1. januára 2004 je 156,90 eur mesačne, je vyššia, invalidný dôchodok navrhovateľovi patrí v sume 156,90 eur . K tejto sume patrí zvýšenie podľa § 82 zákona č. 461/2003 Z.z. v znení neskorších predpisov.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Zo zisteného skutkového stavu súd mal za to, že odporkyňa pri priznaní invalidného dôchodku navrhovateľa a jeho výpočte nepochybila a postupovala správne podľa citovaných zákonných ustanovení. Krajský súd preto z vyššie uvedených dôvodov rozhodnutie číslo XXX XXX XXXX X zo dňa 12. januára 2015 a rozhodnutie číslo XXX XXX XXXX X zo dňa 31.7.2015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https://www.kauzis.sk/judikatura/r/ECLI:SK:KSBA:2016:1015200284.1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