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5S/43/2015 z 19. 9. 2016</w:t>
      </w:r>
    </w:p>
    <w:p>
      <w:r>
        <w:t>Uznesenie Krajského súdu Bratislava z 19. septembra 2016, sp. zn. 5S/43/2015, ECLI:SK:KSBA:2016:1015200288.2</w:t>
      </w:r>
    </w:p>
    <w:p>
      <w:r>
        <w:t>Súd: Krajský súd Bratislava</w:t>
      </w:r>
    </w:p>
    <w:p>
      <w:r>
        <w:t>Spisová značka: 5S/43/2015</w:t>
      </w:r>
    </w:p>
    <w:p>
      <w:r>
        <w:t>ECLI: ECLI:SK:KSBA:2016:1015200288.2</w:t>
      </w:r>
    </w:p>
    <w:p>
      <w:r>
        <w:t>Dátum vydania: 19.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5S/43/2015 Identifikačné číslo súdneho spisu: 1015200288 Dátum vydania rozhodnutia: 20. 09. 2016 Meno a priezvisko sudcu, VSÚ: JUDr. Viera Šebestová ECLI: ECLI:SK:KSBA:2016:1015200288.2 Uznesenie Krajský súd v Bratislave v právnej veci žalobcu: NAVI GRAF s.r.o., so sídlom Tenčianska 47, 821 09 Bratislava, IČO: 36 560 367, zastúpený: SOUKENÍK - ŠTRPKA, advokátska kancelária, Šoltésovej 14, 811 08 Bratislava, proti žalovanému Finančné riaditeľstvo Slovenskej republiky, Lazovná 63, 974 01 Banská Bystrica, o preskúmanie zákonnosti rozhodnutia žalovaného č. 1100307/1/30409/2015/4975 zo dňa 20.01.2015, takto r o z h o d o l : Krajský súd v Bratislave konanie z a s t a v u j e . Žiaden z účastníkov nemá právo na náhradu trov konania. Krajský súd v Bratislave vracia žalobcovi súdny poplatok za žalobu vo výške 63,30 eur prostredníctvom Slovenskej pošty, a.s., CVFT, OSA, Thurzova 1, 042 21 Košice, po nadobudnutí právoplatnosti tohto uznesenia. o d ô v o d n e n i e : Žalobcovia sa žalobou doručenou súdu dňa 17.02.2015 domáhali preskúmania zákonnosti rozhodnutia žalovaného č. 1100307/1/30409/2015/4975 zo dňa 20.01.2015, ktorým potvrdil rozhodnutie Daňového úradu Trnava č. 9211301/5/4548139/2014/PAK zo dňa 08.10.2014, ktorým bola žalobcovi podľa § 155 ods. 1 písm. f/ bod 2 zákona č. 563/2009 Z.z. uložená pokuta za správny delikt podľa § 154 ods. 1 písm. g/ zákona č. 563/2009 Z.z. vo výške XX.XXX,XX eur za zdaňovacie obdobie júl 2010. Podaním doručeným správnemu súdu dňa 19.09.2016 zobral žalobca žalobu späť a navrhol konanie zastaviť podľa § 63 SSP.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Podľa § 99 písm. a) SSP, správny súd konanie uznesením zastaví, ak žalobca vzal žalobu späť skôr, ako správny súd vo veci rozhodol. Nakoľko žalobca zobral späť žalobu pred rozhodnutím veci, správny súd v súlade s § 99 písm. a) SSP konanie zastavil. O náhrade trov konania správny súd rozhodol podľa § 170 písm. b) tak, že žiaden z účastníkov nemá právo na náhradu trov konania, nakoľko konanie bolo zastavené. Žalobca zaplatil súdny poplatok vo výške 70,- eur, keďže súd konanie podľa § 99 písm. a/ SSP zastavil, správny súd zároveň rozhodol o vrátení súdneho poplatku kráteného o sumu 6,70 eur podľa § 11 ods. 3 veta tretia a § 11 ods. 4 veta prvá zákona č. 71/1992 Zb. tak, ako je to uvedené vo výroku uznesenia. Toto rozhodnutie senát Krajského súdu v Bratislave prijal pomerom hlasov 3 : 0 (§ 3 ods. 9 zákona č. 757/2004 Z. z. v znení zákona č. 33/2011 Z. z.). Poučenie: Proti tomuto uzneseniu možno podať kasačnú sťažnosť v lehote 30 dní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https://www.kauzis.sk/judikatura/r/ECLI:SK:KSBA:2016:1015200288.2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