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1S/46/2015 z 13. 4. 2016</w:t>
      </w:r>
    </w:p>
    <w:p>
      <w:r>
        <w:t>Uznesenie Krajského súdu Bratislava z 13. apríla 2016, sp. zn. 1S/46/2015, ECLI:SK:KSBA:2016:1015200309.1</w:t>
      </w:r>
    </w:p>
    <w:p>
      <w:r>
        <w:t>Súd: Krajský súd Bratislava</w:t>
      </w:r>
    </w:p>
    <w:p>
      <w:r>
        <w:t>Spisová značka: 1S/46/2015</w:t>
      </w:r>
    </w:p>
    <w:p>
      <w:r>
        <w:t>ECLI: ECLI:SK:KSBA:2016:1015200309.1</w:t>
      </w:r>
    </w:p>
    <w:p>
      <w:r>
        <w:t>Dátum vydania: 13. 4. 2016</w:t>
      </w:r>
    </w:p>
    <w:p>
      <w:r>
        <w:t>Forma: Uznesenie</w:t>
      </w:r>
    </w:p>
    <w:p>
      <w:pPr>
        <w:pStyle w:val="Heading2"/>
      </w:pPr>
      <w:r>
        <w:t>Text rozhodnutia</w:t>
      </w:r>
    </w:p>
    <w:p>
      <w:r>
        <w:t>Súd: Krajský súd Bratislava Spisová značka: 1S/46/2015 Identifikačné číslo súdneho spisu: 1015200309 Dátum vydania rozhodnutia: 14. 04. 2016 Meno a priezvisko sudcu, VSÚ: JUDr. Monika Valašíková PhD. ECLI: ECLI:SK:KSBA:2016:1015200309.1 Uznesenie Krajský súd v Bratislave v právnej veci žalobcu: JUDr. B. M., B. M. XXX, XXX XX Z., proti žalovanému: Ministerstvo vnútra Slovenskej republiky, Pribinova 2, 812 72 Bratislava, o preskúmanie zákonnosti rozhodnutia žalovaného č. KM-OLVS-97/2014 zo dňa 19.12.2014, takto r o z h o d o l : Krajský súd v Bratislave konanie z a s t a v u j e . Žiaden z účastníkov nemá právo na náhradu trov konania. Žalobcovi sa vracia súdny poplatok za žalobu vo výške 63,30 eur, prostredníctvom Slovenskej pošty, a.s. - prevádzkovateľ systému, IČO: 36 631 124, so sídlom Partizánska cesta 9, 975 99 Banská Bystrica, po právoplatnosti tohto rozhodnutia. o d ô v o d n e n i e : Žalobou doručenou tunajšiemu súdu dňa 20.02.2015 sa žalobca domáhal preskúmania zákonnosti a zrušenia rozhodnutia žalovaného č. KM-OLVS-97/2014 zo dňa 19.12.2014, ktorým bol zamietnutý rozklad žalobcu a potvrdené prvostupňové rozhodnutie Ministerstva vnútra Slovenskej republiky, kancelárie ministra vnútra Slovenskej republiky, tlačového odboru č. KM-TO2-2014/002522 zo dňa 08.10.2014. Prvostupňovým rozhodnutím Ministerstvo vnútra SR podľa § 3 ods. 1, § 5a ods. 5 písm. p), § 8 ods. 1, § 15 ods. 1, § 18 ods. 2 zákona č. 211/2000 Z.z. o slobodnom prístupe k informáciám a o zmene a doplnení niektorých zákonov, podľa § 2 písm. a) a § 8 zákona č. 215/2004 Z. z. o ochrane utajovaných skutočností a o zmene a doplnení niektorých zákonov a podľa § 1 ods. 2 písm. b) zákona č. 25/2006 Z.z. o verejnom obstarávaní nevyhovel žiadosti žalobcu o sprístupnenie informácií. Pred rozhodnutím vo veci samej žalobca svojím podaním doručeným tunajšiemu súdu dňa 21.03.2016 oznámil, že berie svoju žalobu v celom rozsahu späť a žiadal konanie zastaviť. Podľa § 250h ods. 2 O.s.p. až do rozhodnutia súdu môže žalobca vziať žalobu späť, ak žalovanému medzitým vznikli trovy konania, rozhodne súd o ich náhrade. Podľa § 250d ods. 3 O.s.p. súd uznesením konanie zastaví aj vtedy, ak žaloba bola vzatá späť (§ 250h ods. 2 O.s.p.). Podľa § 11 ods. 3 zák.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 č. 71/1992 Zb. o súdnych poplatkoch, okrem poplatku v konaní o rozvod manželstva a poplatku, ktorý sa vracia podľa odseku 1 &lt;aspi://module='ASPI'&amp;link='71/1992 Zb. %252311'&amp;ucin-k-dni='30.12.9999'&gt;, sa poplatok alebo jeho časť (preplatok) vracia krátený o 1%, najmenej však 6,70 eura. Ak sa návrh vzal späť pred zaplatením poplatku, poplatok sa nevyrubuje. Podľa § 11 ods. 6 písm. b) zák. č. 71/1992 Zb. o súdnych poplatkoch, orgány uvedené v § 3 &lt;aspi:// module='ASPI'&amp;link='71/1992 Zb.%25233'&amp;ucin-k-dni='30.12.9999'&gt;,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Nakoľko žalobca vzal späť žalobu pred rozhodnutím veci, súd v súlade s ust. § 250d ods. 3 O.s.p. konanie zastavil. O trovách konania súd rozhodol podľa ust. § 146 ods. 1 písm. c) O.s.p. s použitím ust. § 246c O.s.p. tak, že žiaden z účastníkov nemá právo na náhradu trov konania, nakoľko konanie vo veci bolo zastavené a žalovanému trovy konania nevznikli. Keďže žalobca vzal žalobu späť pred prejednaním veci, postupoval súd podľa § 11 ods. 3 v spojení s §11 ods. 4 zákona o súdnych poplatkoch a vrátil žalobcovi zaplatený súdny poplatok krátený o 6,70 eur, teda vo výške 63,30 eur, a to prostredníctvom Slovenská pošta, a.s. - prevádzkovateľ systému, so sídlom Partizánska cesta 9, Banská Bystrica, ktorá poplatok vráti najneskôr do 30 dní odo dňa doručenia odpisu právoplatného rozhodnutia o vrátení poplatku.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https://www.kauzis.sk/judikatura/r/ECLI:SK:KSBA:2016:1015200309.1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