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8Sd/24/2015 z 7. 3. 2016</w:t>
      </w:r>
    </w:p>
    <w:p>
      <w:r>
        <w:t>Uznesenie Krajského súdu Bratislava z 7. marca 2016, sp. zn. 8Sd/24/2015, ECLI:SK:KSBA:2016:1015200347.2</w:t>
      </w:r>
    </w:p>
    <w:p>
      <w:r>
        <w:t>Súd: Krajský súd Bratislava</w:t>
      </w:r>
    </w:p>
    <w:p>
      <w:r>
        <w:t>Spisová značka: 8Sd/24/2015</w:t>
      </w:r>
    </w:p>
    <w:p>
      <w:r>
        <w:t>ECLI: ECLI:SK:KSBA:2016:1015200347.2</w:t>
      </w:r>
    </w:p>
    <w:p>
      <w:r>
        <w:t>Dátum vydania: 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8Sd/24/2015 Identifikačné číslo súdneho spisu: 1015200347 Dátum vydania rozhodnutia: 08. 03. 2016 Meno a priezvisko sudcu, VSÚ: JUDr. Peter Pospech ECLI: ECLI:SK:KSBA:2016:1015200347.2</w:t>
      </w:r>
    </w:p>
    <w:p>
      <w:r>
        <w:t>Uznesenie Krajský súd v Bratislave v právnej veci navrhovateľky: G. D., X. Č. XXX XXX/XXXX, I. B. Č..XXX, XXX XX B. Z. Č., proti odporcovi: Sociálna poisťovňa - ústredie, Ul. 29. augusta č. 8, 813 63 Bratislava, zast. JUDr. Janou Krištofovou,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10.11.2014 žiadala preskúmať rozhodnutie odporkyne číslo XXX XXX XXXX zo dňa 27.10.2014, ktorým odporkyňa zamietla žiadosť navrhovateľky o invalidný dôchodok.</w:t>
      </w:r>
    </w:p>
    <w:p>
      <w:r>
        <w:t>Dňa 8.3.2016 po vysvetlení predmetu sporu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https://www.kauzis.sk/judikatura/r/ECLI:SK:KSBA:2016:1015200347.2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