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8Sd/26/2015 z 16. 5. 2016</w:t>
      </w:r>
    </w:p>
    <w:p>
      <w:r>
        <w:t>Rozsudok Krajského súdu Bratislava z 16. mája 2016, sp. zn. 8Sd/26/2015, ECLI:SK:KSBA:2016:1015200375.3</w:t>
      </w:r>
    </w:p>
    <w:p>
      <w:r>
        <w:t>Súd: Krajský súd Bratislava</w:t>
      </w:r>
    </w:p>
    <w:p>
      <w:r>
        <w:t>Spisová značka: 8Sd/26/2015</w:t>
      </w:r>
    </w:p>
    <w:p>
      <w:r>
        <w:t>ECLI: ECLI:SK:KSBA:2016:1015200375.3</w:t>
      </w:r>
    </w:p>
    <w:p>
      <w:r>
        <w:t>Dátum vydania: 16.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8Sd/26/2015 Identifikačné číslo súdneho spisu: 1015200375 Dátum vydania rozhodnutia: 17. 05. 2016 Meno a priezvisko sudcu, VSÚ: JUDr. Peter Pospech ECLI: ECLI:SK:KSBA:2016:1015200375.3 ROZSUDOK V MENE SLOVENSKEJ REPUBLIKY X. súd v U. pred samosudcom H.. Petrom Pospechom, v právnej veci navrhovateľa: H. T., Q.. XX.XX.XXXX, U. Y. XX, R. N. U. XX, XXX XX U., proti odporcovi: Sociálna poisťovňa - ústredie, ul. 29. augusta 8-10, Bratislava, právne zast. JUDr. Evou Kuchárikovou, v spore o starobný dôchodok takto r o z h o d o l : Súd napadnuté rozhodnutie číslo XXX XXX XXXX X zo dňa 07.05.2015, v spojení rozhodnutím toho istého čísla zo dňa 4. novembra 2014 a 9. marca 2015 ako vecne správne p o t v r d z u j e , podľa § 250q ods. 2 O.s.p. Navrhovateľovi súd náhradu trov konania nepriznáva. o d ô v o d n e n i e : Napadnutým rozhodnutím zo dňa 7.11.2014 bol navrhovateľovi podľa § 65, § 82 a § 293ce zákona č. 461/2003 Z.z. o sociálnom poistení priznaný starobný dôchodok od 22.11.2013 v sume 180,50 Eur mesačne, od 1.1.2014 v sume 189,30,- Eur mesačne. Rozhodnutie bolo expedované dňa 19.11.2014. Navrhovateľ včas podaným opravným prostriedkom napadol správnosť rozhodnutia a uviedol, že nesúhlasí s výškou starobného dôchodku, pretože určená suma nestačí na pokrytie základných životných potrieb. Ďalej namietal, že na dôchodkové účely mu neboli zhodnotené všetky doby poistenia to najmä v rokoch 1969 až 1974, tiež v roku 1982, v rokoch 1993 až 2004. Ďalšie námietky navrhovateľ nevzniesol. K opravnému prostriedku navrhovateľa sa odporca písomne vyjadril svojím písomným podaním zo dňa 24.2.2015, v ktorom okrem iného žiadal o poskytnutie primeranej lehoty na došetrenie námietok navrhovateľa. V doplňujúcom písomnom vyjadrení zo dňa 19.3.2015 podrobne popísal spôsob posúdenia nároku navrhovateľa s tým, že odporcovi bolo dňa 5.2.2015 doručené oznámenie a evidenčný list dôchodkového poistenia, ktorý vyhotovil Ústav na výkon trestu odňatia slobody v Leopoldove zo dňa 29.1.2015, v ktorom bola potvrdená doba dôchodkového poistenia. Navrhovateľovi bola zhodnotená celá doba poistenia podľa evidenčných listov a potvrdení o dobách poistenia. Navrhovateľ ďalšie doby poistenia nepreukázal a nepredložil iné skutočnosti, ktoré by mali vplyv na rozhodovací proces. Podľa názoru odporcu starobný dôchodok navrhovateľa bol určený v správnej sume, jeho výška bola určená v súlade s platnými právnymi predpismi. Vzhľadom k tomu, odporca žiadal napadnuté rozhodnutie č. XXX XXX XXXX X zo dňa 4.11.2014 v spojení s rozhodnutím toho istého čísla zo dňa 9.3.2015 ako správne potvrdiť. Krajský súd v Bratislave ako súd vecne a miestne príslušný na konanie podľa tretej hlavy piatej časti O.s.p. preskúmal napadnuté rozhodnutia v rozsahu dôvodov, ktoré uviedol vo svojom opravnom prostriedku navrhovateľ podľa § 244 O.s.p. a po preskúmaní napadnutého rozhodnutia dospel k záveru, že opravný prostriedok navrhovateľa nie je dôvodný. Z obsahu spisového materiálu zistil nasledovný skutkový a právny stav. Navrhovateľ požiadal o starobný dôchodok žiadosťou zo dňa 5.9.2014 a dávku žiadal priznať od 22.11.2013. Z dôvodu splnenia podmienok uvedených v § 65 zákona č. 461/2003 o sociálnom poistení mu bol starobný dôchodok priznaný. Podľa § 65 ods. 1 zákona č. 461/2003 Z.z. o sociálnom poistení nárok na starobný dôchodok vzniká získaním 15 rokov obdoba dôchodkového poistenia a dosiahnutím dôchodkového veku. Navrhovateľ dôchodkový vek podľa § 65 ods. 2 zákona dosiahol dovŕšením veku 62 rokov t.j. 22.11.2013. K tomuto dňu získal 9 784 dní obdobia dôchodkového poistenia, teda 26 rokov a 294 dní. Na dôchodkové účely bola zhodnotená celá preukázané doba poistenia. K námietke navrhovateľa ohľadne doby poistenia súd zistil, že v roku 1969, od 1.4.1969 do 28.9.1969 a od 1.12.1969 do 31.12.1969 tieto obdobia nemá navrhovateľ zhodnotené, nakoľko ich neuviedol v žiadosti o starobný dôchodok ani ich nepreukázal. V roku 1970 od 1.1.1970 do 12.1.1990 nepracoval navrhovateľ a od 13.1.1970 do 12.10.1970 bol navrhovateľ vo väzbe. V roku 1971, od 1.1.1971 do 4.8.1971 a od 9.12.- do 31.12.1971 táto doba bola zhodnotená - väzba / EL/. V roku 1972 od 2.10.1972 do 31.12.1972 navrhovateľ nepracoval. V roku 1973 od 1.1.1973 do 31.12.1974 navrhovateľ nepracoval a celý rok 1974 nebol navrhovateľ zamestnaný. V roku 1977 od 1.1.1975 do 23.10.1977 bol navrhovateľ odsúdený a toto obdobie bolo zhodnotené od 1.1.1977 do 31.12.1977 je zhodnotené viď evidenčný list a od 24.10.1977 do 30.11.1977 navrhovateľ nepracoval. V roku 1978 do 9.1.1978 navrhovateľ nepracoval a obdobie od 10.1.1978 do 16.5.1978 bolo navrhovateľovi zhodnotené. V rokoch 1991 do 8.11.2005 bol navrhovateľ nezamestnaný a neevidovaný. Navrhovateľ preukázal zamestnanie až od 9.11.2005 čo mu bolo zhodnotené do 31.12.2012. Z listu Ústavu pre výkon trestu odňatia slobody v Leopoldove zo dňa 29.1.2015, je zrejmé, že bola potvrdená doba dôchodkového poistenia. Z uvedeného je zrejmé, že navrhovateľ bol vo výkone trestu odňatia slobody v období od 17.5.1978 do 17.3.1980, nebol však poistený, nepracoval. Vo veci bolo vydané rozhodnutie zo dňa 9.3.2015, ktorým bolo rozhodnuté, že navrhovateľovi naďalej patrí starobný dôchodok v nezmenenej výške a odporca tak, rozhodol po zhodnotení doby základnej vojenskej služby od 1.1984 do 31.12.1984 a to po doručení potvrdenia Vojenského archívu Ministerstva obrany SR v Trnave. Podľa názoru súdu odporca zhodnotil všetku dobu poistenia podľa evidenčných listov a potvrdení. Navrhovateľ sa pojednávania v predmetnej veci nezúčastnil a k doručeniu predvolania došlo postupom podľa § 47 O.s.p. Vzhľadom na túto skutočnosť súd po prijatí procesného uznesenia konal a rozhodol v neprítomnosti navrhovateľa, podľa § 101 ods. 2 O.s.p. Vzhľadom na vyššie uvedené skutočnosti súd musí skonštatovať, že preskúmavané rozhodnutia odporcu ako aj konanie, ktoré predchádzalo je plne v súlade so zákonom o sociálnom poistení č. 461/2003 Z.z. Odporca riadne zistil skutkový a právny stav a odôvodnenie napadnutých rozhodnutí je dostatočne a zrozumiteľné, obsahujúce všetky zákonom stanovené náležitosti a preto konajúci súd napadnuté rozhodnutie, uvedené vo výrokovej časti tohto rozhodnutia potvrdil ako vecne správne a vydané v súlade so zákonom podľa § 250q ods. 2 O.s.p. Výrok o trovách konania súd oprel o skutočnosť, že navrhovateľ si trovy konania neuplatnil a odporcovi právo na náhradu trov konania v správnom súdnictve zásadne neprináleží. Poučenie: 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</w:t>
      </w:r>
    </w:p>
    <w:p/>
    <w:p>
      <w:r>
        <w:t>Zdroj: KAUZIS.SK – https://www.kauzis.sk/judikatura/r/ECLI:SK:KSBA:2016:1015200375.3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