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Bratislava sp. zn. 1S/59/2015 z 4. 2. 2016</w:t>
      </w:r>
    </w:p>
    <w:p>
      <w:r>
        <w:t>Opravné uznesenie Krajského súdu Bratislava z 4. februára 2016, sp. zn. 1S/59/2015, ECLI:SK:KSBA:2016:1015200411.3</w:t>
      </w:r>
    </w:p>
    <w:p>
      <w:r>
        <w:t>Súd: Krajský súd Bratislava</w:t>
      </w:r>
    </w:p>
    <w:p>
      <w:r>
        <w:t>Spisová značka: 1S/59/2015</w:t>
      </w:r>
    </w:p>
    <w:p>
      <w:r>
        <w:t>ECLI: ECLI:SK:KSBA:2016:1015200411.3</w:t>
      </w:r>
    </w:p>
    <w:p>
      <w:r>
        <w:t>Dátum vydania: 4. 2. 2016</w:t>
      </w:r>
    </w:p>
    <w:p>
      <w:r>
        <w:t>Forma: Opravné uznesenie</w:t>
      </w:r>
    </w:p>
    <w:p>
      <w:pPr>
        <w:pStyle w:val="Heading2"/>
      </w:pPr>
      <w:r>
        <w:t>Text rozhodnutia</w:t>
      </w:r>
    </w:p>
    <w:p>
      <w:r>
        <w:t>Súd: Krajský súd Bratislava Spisová značka: 1S/59/2015 Identifikačné číslo súdneho spisu: 1015200411 Dátum vydania rozhodnutia: 05. 02. 2016 Meno a priezvisko sudcu, VSÚ: JUDr. Monika Valašíková PhD. ECLI: ECLI:SK:KSBA:2016:1015200411.3 Opravné uznesenie Krajský súd v Bratislave v právnej veci navrhovateľa: PRVÁ SLOVENSKO-ČESKÁ, s.r.o., Škultétyho 16, 831 03 Bratislava, IČO: 36 728 845, právne zastúpený: JUDr. Jozef Holič, advokát, Poľovnícka 4, 900 27 Bernolákovo, proti odporcovi: Mestská časť Bratislava - Čunovo, Hraničiarska 144, 851 10 Bratislava, za účasti: Podielnické družstvo DUNAJ, Vývojová 852, 851 10 Bratislava - Rusovce, IČO: 00 190 667, v konaní proti nečinnosti orgánu verejnej správy, takto r o z h o d o l : Súd o p r a v u j e záhlavie uznesenia tunajšieho súdu č. k. 1S 59/2015-56 zo dňa 03.12.2015 tak, že nesprávne uvedeného právneho zástupcu navrhovateľa ,,JUDr. Dalibor Kiselica, advokát, Nám. M. Benku 12, 811 07 Bratislava“ zo záhlavia v y p ú š ť a a n a h r á d z a ho správnym označením, a to ,,JUDr. Jozef Holič, advokát, Poľovnícka 4, 900 27 Bernolákovo“. o d ô v o d n e n i e : Navrhovateľ sa návrhom, doručeným Krajskému súdu v Bratislave dňa 10.03.2015 domáhal, aby súd uložil odporkyni v lehote do 1 mesiaca od nadobudnutia právoplatnosti uznesenia súdu, vydať oznámenie súpisného čísla k nehnuteľnosti, stavbe ,,Hospodársky objekt“, postavenej na pozemku reg. C, parc. č. 571/17 v katastrálnom území Čunovo. Súčasne sa domáhal náhrady trov konania. V prejednávanej veci súd uznesením č.k. 1S 59/2015-56 zo dňa 03.12.2015 zamietol návrh navrhovateľa a náhradu trov konania mu nepriznal, pričom v záhlaví tohto uznesenia nesprávne označil zvoleného právneho zástupcu navrhovateľa JUDr. Dalibor Kiselica, advokát so sídlom Nám. M. Benku 12, 811 07 Bratislava, hoci dňa 02.09.2015 navrhovateľ udelil splnomocnenie na jeho právne zastupovanie v predmetnom konaní JUDr. Jozefovi Holičovi, advokátovi so sídlom Poľovnícka 4, 900 27 Bernolákovo. Podľa § 164 prvá, druhá a tretia veta Občianskeho súdneho poriadku (ďalej len O.s.p.) súd kedykoľvek aj bez návrhu opraví v rozsudku chyby v písaní a počítaní, ako aj iné zrejmé nesprávnosti. O návrhu na opravu súd rozhodne do 30 dní od jeho podania. O oprave vydá opravné uznesenie, ktoré doručí účastníkom. Podľa § 167 ods. 2 O.s.p. ak nie je ďalej ustanovené inak, použijú sa na uznesenie primerane ustanovenia o rozsudku. Vzhľadom k tomu, že pri vyhotovení predmetného uznesenia došlo k zrejmej nesprávnosti a chybám v písaní tým, že v jeho záhlaví bol nesprávne uvedený právny zástupca navrhovateľa JUDr. Dalibor Kiselica, advokát so sídlom Nám. M. Benku 12, 811 07 Bratislava, pričom správne mal byť uvedený JUDr. Jozef Holič, advokát, Poľovnícka 4, 900 27 Bernolákovo, súd s poukazom na ust. § 164 O.s.p. vydal opravné uznesenie a rozhodol tak, ako je uvedené vo výroku tohto rozhodnutia. Poučenie: Proti tomuto uzneseniu možno podať odvolanie do 15 dní odo dňa jeho písomného doručenia na Najvyšší súd Slovenskej republiky,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https://www.kauzis.sk/judikatura/r/ECLI:SK:KSBA:2016:1015200411.3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