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1S/72/2015 z 18. 5. 2016</w:t>
      </w:r>
    </w:p>
    <w:p>
      <w:r>
        <w:t>Uznesenie Krajského súdu Bratislava z 18. mája 2016, sp. zn. 1S/72/2015, ECLI:SK:KSBA:2016:1015200470.1</w:t>
      </w:r>
    </w:p>
    <w:p>
      <w:r>
        <w:t>Súd: Krajský súd Bratislava</w:t>
      </w:r>
    </w:p>
    <w:p>
      <w:r>
        <w:t>Spisová značka: 1S/72/2015</w:t>
      </w:r>
    </w:p>
    <w:p>
      <w:r>
        <w:t>ECLI: ECLI:SK:KSBA:2016:1015200470.1</w:t>
      </w:r>
    </w:p>
    <w:p>
      <w:r>
        <w:t>Dátum vydania: 18. 5. 2016</w:t>
      </w:r>
    </w:p>
    <w:p>
      <w:r>
        <w:t>Forma: Uznesenie</w:t>
      </w:r>
    </w:p>
    <w:p>
      <w:pPr>
        <w:pStyle w:val="Heading2"/>
      </w:pPr>
      <w:r>
        <w:t>Text rozhodnutia</w:t>
      </w:r>
    </w:p>
    <w:p>
      <w:r>
        <w:t>Súd: Krajský súd Bratislava Spisová značka: 1S/72/2015 Identifikačné číslo súdneho spisu: 1015200470 Dátum vydania rozhodnutia: 19. 05. 2016 Meno a priezvisko sudcu, VSÚ: JUDr. Monika Valašíková PhD. ECLI: ECLI:SK:KSBA:2016:1015200470.1 Uznesenie Krajský súd v Bratislave v právnej veci žalobcu: Slovenská autobusová doprava Zvolen, a.s., Balkán 53, 960 95 Zvolen, IČO: 36 054 666, právne zastúpený: Advokátska kancelária GABE - BB, s.r.o., Prof. Sáru 3873/44, 974 01 Banská Bystrica, proti žalovanému: Úrad pre verejné obstarávanie, Dunajská 68, P.O.BOX 58, 820 04 Bratislava, o preskúmanie zákonnosti rozhodnutia žalovaného - Protokolu o výsledku kontroly dodržiavania zákona o verejnom obstarávaní č. 9196-7000/2014- OK/5 zo dňa 22.01.2015, Stanoviska kontrolnej skupiny k vyjadreniu kontrolovaného ku kontrolným zisteniam uvedeným v Protokole o výsledku kontroly dodržiavania zákona o verejnom obstarávaní č. 9196-7000/2014-OK/7 zo dňa 24.02.2015 a Zápisnice o prerokovaní protokolu o výsledku kontroly dodržiavania zákona o verejnom obstarávaní č. 9196-7000/2014-OK/10 zo dňa 16.03.2015, takto r o z h o d o l : Krajský súd v Bratislave konanie z a s t a v u j e . Žiaden z účastníkov n e m á právo na náhradu trov konania. Súd v r a c i a žalobcovi súdny poplatok prostredníctvom Slovenská pošta, a.s. - prevádzkovateľ systému, IČO: 36 631 124, so sídlom Partizánska cesta 9, 975 99 Banská Bystrica vo výške 63,30 eura. Poplatok bude vrátený po nadobudnutí právoplatnosti tohto uznesenia. o d ô v o d n e n i e : Žalobou osobne podanou Krajskému súdu v Bratislave dňa 20.03.2015 sa žalobca domáhal preskúmania zákonnosti rozhodnutia žalovaného - Protokolu o výsledku kontroly dodržiavania zákona o verejnom obstarávaní č. 9196-7000/2014-OK/5 zo dňa 22.01.2015, Stanoviska kontrolnej skupiny k vyjadreniu kontrolovaného ku kontrolným zisteniam uvedeným v Protokole o výsledku kontroly dodržiavania zákona o verejnom obstarávaní č. 9196-7000/2014-OK/7 zo dňa 24.02.2015 a Zápisnice o prerokovaní protokolu o výsledku kontroly dodržiavania zákona o verejnom obstarávaní č. 9196-7000/2014-OK/10 zo dňa 16.03.2015, ktoré boli výsledkom kontroly k nadlimitnej zákazke na dodanie tovaru po uzavretí zmluvy na predmet zákazky ,,Nákup nízkopodlažných, kĺbových, mestských autobusov s pohonom na CNG“, ktorá bola vyhlásená uverejnením Oznámenia o vyhlásení verejného obstarávania v Úradnom vestníku Európskej únie č. 2011/S 248 dňa 24.12.2011 pod značkou 403570 a vo Vestníku verejného obstarávania č. 251/2011 dňa 27.12.2011 pod značkou 11434-MST. Pred rozhodnutím vo veci samej žalobca svojím podaním doručeným Krajskému súdu v Bratislave dňa 06.05.2016 oznámil, že berie svoju žalobu v celom rozsahu späť .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11 ods. 3 zákona č. 71/1992 Zb.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to neplatí, ak bolo dovolanie odmietnuté z dôvodu, že smeruje proti rozhodnutiu, proti ktorému nie je dovolanie prípustné.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Podľa § 11 ods. 4 zákona o súdnych poplatkoch, okrem poplatku v rozvodovom konaní a poplatku, ktorý sa vracia podľa odseku 1, sa poplatok alebo jeho časť (preplatok) vracia krátený o 1 %, najmenej však 6,70 eura. Ak sa návrh vzal späť pred zaplatením poplatku, poplatok sa nevyrubuje. Podľa § 11 ods. 6 zákona o súdnych poplatkoch, ak orgány uvedené v § 3, ktoré a) nie sú zapojené do centrálneho systému evidencie poplatkov, zašlú bez zbytočného odkladu odpis právoplatného rozhodnutia o vrátení poplatku alebo preplatku daňovému úradu príslušnému podľa trvalého pobytu alebo sídla poplatníka,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daňový úrad vráti poplatok najneskôr do 30 dní odo dňa doručenia písomného upovedomenia, b)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Nakoľko žalobca vzal späť žalobu pred rozhodnutím veci, súd v súlade s ustanovením § 250d ods. 3 O.s.p. konanie zastavil. Z obsahu spisu súd zistil, že žalobca uhradil na účet súdu súdny poplatok vo výške 70,- eur. O vrátení súdneho poplatku žalobcovi kráteného o 6,70 eura súd rozhodol podľa § 11 ods. 3 veta prvá v spojení s ods. 4 zákona č. 71/1992 Zb. o súdnych poplatkoch. Súdny poplatok v sume 63,30 eura bude žalobcovi vrátený prostredníctvom Slovenskej pošty, a.s. po právoplatnosti tohto uznesenia. O náhrade trov konania súd rozhodol podľa § 146 ods. 1 písm. c) O.s.p. s použitím ustanovenia § 246c O.s.p. tak, že žiaden z účastníkov nemá právo na náhradu trov konania, nakoľko konanie vo veci bolo zastavené a žalovanému trovy nevznikli.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https://www.kauzis.sk/judikatura/r/ECLI:SK:KSBA:2016:1015200470.1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