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1S/73/2015 z 22. 6. 2016</w:t>
      </w:r>
    </w:p>
    <w:p>
      <w:r>
        <w:t>Uznesenie Krajského súdu Bratislava z 22. júna 2016, sp. zn. 1S/73/2015, ECLI:SK:KSBA:2016:1015200479.3</w:t>
      </w:r>
    </w:p>
    <w:p>
      <w:r>
        <w:t>Súd: Krajský súd Bratislava</w:t>
      </w:r>
    </w:p>
    <w:p>
      <w:r>
        <w:t>Spisová značka: 1S/73/2015</w:t>
      </w:r>
    </w:p>
    <w:p>
      <w:r>
        <w:t>ECLI: ECLI:SK:KSBA:2016:1015200479.3</w:t>
      </w:r>
    </w:p>
    <w:p>
      <w:r>
        <w:t>Dátum vydania: 22. 6. 2016</w:t>
      </w:r>
    </w:p>
    <w:p>
      <w:r>
        <w:t>Forma: Uznesenie</w:t>
      </w:r>
    </w:p>
    <w:p>
      <w:pPr>
        <w:pStyle w:val="Heading2"/>
      </w:pPr>
      <w:r>
        <w:t>Text rozhodnutia</w:t>
      </w:r>
    </w:p>
    <w:p>
      <w:r>
        <w:t>Súd: Krajský súd Bratislava Spisová značka: 1S/73/2015 Identifikačné číslo súdneho spisu: 1015200479 Dátum vydania rozhodnutia: 23. 06. 2016 Meno a priezvisko sudcu, VSÚ: JUDr. Monika Valašíková PhD. ECLI: ECLI:SK:KSBA:2016:1015200479.3 Uznesenie Krajský súd v Bratislave v právne veci žalobu: Remeda s.r.o., Magurská 37, 974 11 Banská Bystrica, IČO: 44 586 647, (pôvodne označený žalobca: AGRO - SYSTEM, s.r.o., 966 24 Kosorín 115, IČO: 36 037 788), proti žalovanému: Ministerstvo pôdohospodárstva a rozvoja vidieka Slovenskej republiky, Dobrovičova 12, 812 66 Bratislava, IČO: 00 156 621, o preskúmanie zákonnosti rozhodnutia žalovaného č. 3979/2014-420 zo dňa 21.01.2015, takto r o z h o d o l : Krajský súd v Bratislave konanie z a s t a v u j e . Žiaden z účastníkov nemá právo na náhradu trov konania. o d ô v o d n e n i e : Žalobou doručenou Krajskému súdu v Bratislave dňa 23.03.2015 sa právny predchodca žalobcu domáhal preskúmania zákonnosti rozhodnutia ministra pôdohospodárstva a rozvoja vidieka Slovenskej republiky č. 3979/2014-420 zo dňa 21.01.2015, ktorým potvrdil rozhodnutie Ministerstva pôdohospodárstva a rozvoja vidieka Slovenskej republiky č. 2680/2014-640 zo dňa 05.06.2014 a rozklad žalobcu zamietol. Podaním doručeným súdu dňa 23.05.2016 advokát JUDr. Radko Petruňo, právny zástupca pôvodne označeného žalobcu AGRO - SYSTEM, s.r.o., 966 24 Kosorín 115, IČO: 36 037 788 oznámil súdu, že dňa 18.05.2016 žalobcovi vypovedal plnomocenstvo zo dňa 10.02.2015, ktorým ho spoločnosť AGRO - SYSTEM, s.r.o. splnomocnila k zastupovaniu v predmetnom konaní, takže ďalej žalobcu v konaní právne nezastupuje. Zároveň dal do pozornosti súdu, že na strane žalobcu došlo k právnemu nástupníctvu, ktorým je obchodná spoločnosť Remeda s.r.o., Magurská 37, 974 11 Banská Bystrica, IČO: 44 586 647 s tým, že tejto spoločnosti postúpil listiny a to konkrétne predvolanie na pojednávanie na deň 23.06.2016 a vyjadrenie žalovaného k žalobe zo dňa 12.05.2015. Výzvou zo dňa 24.05.2016 súd vyzval žalobcu na doloženie originálu alebo overenej fotokópie plnomocenstva udeleného advokátovi na zastupovanie žalobcu v konaní podľa § 250a O.s.p. a to v lehote do 15 dní. S poukazom na ust. § 48 ods. 2 O.s.p. výzva bola žalobcovi doručená dňom 10.06.2016. Žalobca napriek poučeniu o právnych následkoch nedoručenia plnej moci udelenej advokátovi, súdu ku dňu vydania tohto rozhodnutia nedoručil.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nedoložil plnomocenstvo riadne a včas, súd v súlade s ustanovením § 250d ods. 3 O.s.p. konanie zastavil. O náhrade trov konania súd rozhodol podľa § 146 ods. 1 písm. c) O.s.p. s použitím ustanovenia § 246c ods. 1, veta prvá O.s.p. tak, že žiaden z účastníkov nemá právo na náhradu trov konania, nakoľko konanie vo veci bolo zastavené. Toto rozhodnutie prijal senát Krajského súdu v Bratislave v pomere hlasov 3 : 0 (podľa § 3 ods. 9 zákona č. 757/2004 Z.z. o súdoch a o zmene a doplnení niektorých zákonov v znení účinnom ku dňu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https://www.kauzis.sk/judikatura/r/ECLI:SK:KSBA:2016:1015200479.3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