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5S/74/2015 z 8. 6. 2016</w:t>
      </w:r>
    </w:p>
    <w:p>
      <w:r>
        <w:t>Uznesenie Krajského súdu Bratislava z 8. júna 2016, sp. zn. 5S/74/2015, ECLI:SK:KSBA:2016:1015200509.2</w:t>
      </w:r>
    </w:p>
    <w:p>
      <w:r>
        <w:t>Súd: Krajský súd Bratislava</w:t>
      </w:r>
    </w:p>
    <w:p>
      <w:r>
        <w:t>Spisová značka: 5S/74/2015</w:t>
      </w:r>
    </w:p>
    <w:p>
      <w:r>
        <w:t>ECLI: ECLI:SK:KSBA:2016:1015200509.2</w:t>
      </w:r>
    </w:p>
    <w:p>
      <w:r>
        <w:t>Dátum vydania: 8. 6.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5S/74/2015 Identifikačné číslo súdneho spisu: 1015200509 Dátum vydania rozhodnutia: 09. 06. 2016 Meno a priezvisko sudcu, VSÚ: Mgr. Zuzana Gaplovská ECLI: ECLI:SK:KSBA:2016:1015200509.2 Uznesenie Krajský súd v Bratislave v právnej veci žalobcov: 1/ O. A., S. XXX, XXX XX, 2/ U.. Y. P., J. 6, XXX XX I., 3/ U.. O. R., J. 8, XXX XX I., 4/ A. R., J. 8, XXX XX I., 5/ A. A., J. XX, XXX XX I., 6/ C. Z., J. XX, XXX XX I., 7/ S. I., Y. XX, XXX XX I., 8/ A.. O. S., K. XXX, XXX XX I., zastúpení: JUDr. Ivana Igazová, advokátka, Mýtna 11, 811 07 Bratislava, proti žalovanému: Okresný úrad Bratislava, katastrálny odbor, Ružová dolina 27, 821 09 Bratislava, o preskúmanie zákonnosti rozhodnutia žalovaného č. X-345/2014 zo dňa 16.01.2015, takto r o z h o d o l : Súd o p r a v u j e rozsudok Krajského súdu v Bratislave č. k. 5S 74/2015-31 zo dňa 12.04.2016 tak, že poučenie rozsudku správne znie: Proti tomuto rozhodnutiu je možné podať odvolanie do 15 dní od jeho doručenia písomne, v deviatich vyhotoveniach, na Krajský súd v Bratislave. V odvolaní sa má popri všeobecných náležitostiach (§ 42 ods. 3 O.s.p.) uviesť, proti ktorému rozhodnutiu smeruje, v akom rozsahu sa napáda, v čom sa toto rozhodnutie alebo postup súdu považuje za nesprávny a čoho sa odvolateľ domáha. o d ô v o d n e n i e : Pri vyhotovovaní rozsudku tunajšieho súdu č. k. 5S 74/2015-31 zo dňa 12.04.2016 došlo k zrejmej nesprávnosti, keď súd v poučení rozsudku uviedol nesprávnu lehotu na podanie odvolania, a to do 15 dní od právoplatnosti rozhodnutia, pričom v zmysle ustanovenia § 204 ods. 1 O.s.p. sa odvolanie podáva do 15 dní od doručenia rozhodnutia. Súd v poučení tiež nesprávne uviedol údaj o tom, že odvolanie možno podať dvojmo, pričom vzhľadom na počet účastníkov konania je potrebné podať odvolanie v deviatich vyhotoveniach. Podľa § 164 O.s.p. súd kedykoľvek aj bez návrhu opraví v rozsudku chyby v písaní a počítaní, ako aj iné zrejmé nesprávnosti. O oprave vydá opravné uznesenie, ktoré doručí účastníkom. Pritom môže odložiť vykonateľnosť rozsudku na čas, kým opravné uznesenie nenadobudne právoplatnosť. Vzhľadom na uvedené zrejmé nesprávnosti súd v súlade s § 164 O.s.p. rozhodol tak, ako je uvedené vo výrokovej časti tohto uznesenia. Poučenie: Proti tomuto rozhodnutiu možno podať odvolanie do 15 dní odo dňa doručenia prostredníctvom podpísaného súdu na Najvyšší súd SR, písomne, v deviatich vyhotoveniach. Odvolaniu podanému proti rozhodnutiu, ktoré vydal súdny úradník, môže v celom rozsahu vyhovieť sudca, ktorého rozhodnutie sa považuje za rozhodnutie súdu prvého stupňa; ak sudca odvolaniu nevyhovie, predloží vec na rozhodnutie odvolaciemu súdu.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https://www.kauzis.sk/judikatura/r/ECLI:SK:KSBA:2016:1015200509.2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