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6S/78/2015 z 18. 10. 2016</w:t>
      </w:r>
    </w:p>
    <w:p>
      <w:r>
        <w:t>Uznesenie Krajského súdu Bratislava z 18. októbra 2016, sp. zn. 6S/78/2015, ECLI:SK:KSBA:2016:1015200513.2</w:t>
      </w:r>
    </w:p>
    <w:p>
      <w:r>
        <w:t>Súd: Krajský súd Bratislava</w:t>
      </w:r>
    </w:p>
    <w:p>
      <w:r>
        <w:t>Spisová značka: 6S/78/2015</w:t>
      </w:r>
    </w:p>
    <w:p>
      <w:r>
        <w:t>ECLI: ECLI:SK:KSBA:2016:1015200513.2</w:t>
      </w:r>
    </w:p>
    <w:p>
      <w:r>
        <w:t>Dátum vydania: 18. 10. 2016</w:t>
      </w:r>
    </w:p>
    <w:p>
      <w:r>
        <w:t>Forma: Uznesenie</w:t>
      </w:r>
    </w:p>
    <w:p>
      <w:pPr>
        <w:pStyle w:val="Heading2"/>
      </w:pPr>
      <w:r>
        <w:t>Text rozhodnutia</w:t>
      </w:r>
    </w:p>
    <w:p>
      <w:r>
        <w:t>Súd: Krajský súd Bratislava Spisová značka: 6S/78/2015 Identifikačné číslo súdneho spisu: 1015200513 Dátum vydania rozhodnutia: 19. 10. 2016 Meno a priezvisko sudcu, VSÚ: JUDr. Vlastimil Pavlikovský ECLI: ECLI:SK:KSBA:2016:1015200513.2 Uznesenie Krajský súd v Bratislave v právnej veci žalobcu: TESCO STORES SR, a.s., so sídlom Kamenné námestie 1/A, 815 61 Bratislava proti žalovanému: Štátna veterinárna a potravinová správa Slovenskej republiky, so sídlom Botanická 17, 842 13 Bratislava, o preskúmanie zákonnosti rozhodnutia žalovaného č. 555/2015 zo dňa 13.03.2015, jednohlasne, takto r o z h o d o l : Krajský súd v Bratislave p o s t u p u j e vec Krajskému súdu v Prešove. o d ô v o d n e n i e : 1. Žalobca sa žalobou podanou Krajskému súdu v Bratislave dňa 26.03.2015 domáhal preskúmania zákonnosti rozhodnutia žalovaného č. 555/2015 zo dňa 13.03.2015, ktorým žalovaný odvolanie žalobcu ako účastníka správneho konania zamietol a rozhodnutie Regionálnej veterinárnej a potravinovej správy Poprad č. 3054/2014 zo dňa 29.12.2014 o uložení úhrnnej pokuty vo výške 1.000.000,- €, potvrdil.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Regionálna veterinárna a potravinová správa Poprad, a teda miestne (aj vecne) príslušným je Krajský súd v Prešove,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Prešove.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https://www.kauzis.sk/judikatura/r/ECLI:SK:KSBA:2016:1015200513.2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