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5S/88/2015 z 8. 6. 2016</w:t>
      </w:r>
    </w:p>
    <w:p>
      <w:r>
        <w:t>Uznesenie Krajského súdu Bratislava z 8. júna 2016, sp. zn. 5S/88/2015, ECLI:SK:KSBA:2016:1015200572.1</w:t>
      </w:r>
    </w:p>
    <w:p>
      <w:r>
        <w:t>Súd: Krajský súd Bratislava</w:t>
      </w:r>
    </w:p>
    <w:p>
      <w:r>
        <w:t>Spisová značka: 5S/88/2015</w:t>
      </w:r>
    </w:p>
    <w:p>
      <w:r>
        <w:t>ECLI: ECLI:SK:KSBA:2016:1015200572.1</w:t>
      </w:r>
    </w:p>
    <w:p>
      <w:r>
        <w:t>Dátum vydania: 8. 6. 2016</w:t>
      </w:r>
    </w:p>
    <w:p>
      <w:r>
        <w:t>Forma: Uznesenie</w:t>
      </w:r>
    </w:p>
    <w:p>
      <w:pPr>
        <w:pStyle w:val="Heading2"/>
      </w:pPr>
      <w:r>
        <w:t>Text rozhodnutia</w:t>
      </w:r>
    </w:p>
    <w:p>
      <w:r>
        <w:t>Súd: Krajský súd Bratislava Spisová značka: 5S/88/2015 Identifikačné číslo súdneho spisu: 1015200572 Dátum vydania rozhodnutia: 09. 06. 2016 Meno a priezvisko sudcu, VSÚ: JUDr. Anna Peťovská PhD. ECLI: ECLI:SK:KSBA:2016:1015200572.1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1XXXXXX/X/XXXXX/ XXXX/XXXX zo dňa XX. januára XXXX, o zastavení konania, takto r o z h o d o l : Súd konanie z a s t a v u j e. Žiaden z účastníkov nemá právo na náhradu trov konania. o d ô v o d n e n i e : Žalobou doručenou tunajšiemu súdu dňa 02.04.2015 sa žalobca domáhal postupom podľa druhej hlavy piatej časti O.s.p. preskúmania zákonnosti rozhodnutia žalovaného č. XXXXXXX/X/XXXXX/XXXX/XXXX zo dňa XX. januára XXXX, ktorým žalovaný potvrdil rozhodnutie Daňového úradu Nitra č. XXXXXXX/ X/XXXXXXX/XX/Rig zo dňa XX. októbra XXXX. Prvostupňovým rozhodnutím správca dane vyrubil žalobcovi rozdiel dane z pridanej hodnoty za zdaňovacie obdobie september 2011 v sume XX.XXX,XX eur. Keďže žalobca spolu s podaním žaloby nezaplatil súdny poplatok za žalobu v sume 70,- eur, súd ho pod následkom zastavenia konania vyzval na zaplatenie súdneho poplatku za podanie žaloby v lehote 10 dní od doručenia, výzvou č.k. 5S 88/2015-49 zo dňa 26.04.2016, doručenou právnemu zástupcovi žalobcu dňa 02.05.2016. Žalobca napriek výzve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https://www.kauzis.sk/judikatura/r/ECLI:SK:KSBA:2016:1015200572.1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