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2S/83/2015 z 30. 6. 2016</w:t>
      </w:r>
    </w:p>
    <w:p>
      <w:r>
        <w:t>Uznesenie Krajského súdu Bratislava z 30. júna 2016, sp. zn. 2S/83/2015, ECLI:SK:KSBA:2016:1015200595.2</w:t>
      </w:r>
    </w:p>
    <w:p>
      <w:r>
        <w:t>Súd: Krajský súd Bratislava</w:t>
      </w:r>
    </w:p>
    <w:p>
      <w:r>
        <w:t>Spisová značka: 2S/83/2015</w:t>
      </w:r>
    </w:p>
    <w:p>
      <w:r>
        <w:t>ECLI: ECLI:SK:KSBA:2016:1015200595.2</w:t>
      </w:r>
    </w:p>
    <w:p>
      <w:r>
        <w:t>Dátum vydania: 30. 6. 2016</w:t>
      </w:r>
    </w:p>
    <w:p>
      <w:r>
        <w:t>Forma: Uznesenie</w:t>
      </w:r>
    </w:p>
    <w:p>
      <w:pPr>
        <w:pStyle w:val="Heading2"/>
      </w:pPr>
      <w:r>
        <w:t>Text rozhodnutia</w:t>
      </w:r>
    </w:p>
    <w:p>
      <w:r>
        <w:t>Súd: Krajský súd Bratislava Spisová značka: 2S/83/2015 Identifikačné číslo súdneho spisu: 1015200595 Dátum vydania rozhodnutia: 01. 07. 2016 Meno a priezvisko sudcu, VSÚ: JUDr. Marián Trenčan ECLI: ECLI:SK:KSBA:2016:1015200595.2 Uznesenie Krajský súd v Bratislave v právnej veci žalobkyne: V. J., nar. XX.XX.XXXX, štátna príslušníčka Ruskej federácie, proti žalovanému: Prezídium Policajného zboru, Úrad hraničnej a cudzineckej polície, Riaditeľstvo hraničnej a cudzineckej polície, Hrobákova 44, Bratislava, o preskúmanie zákonnosti rozhodnutia žalovaného č. PPZ-HCP-BA2-2015/000715-010 zo dňa 26.01.2015, takto r o z h o d o l : Krajský súd v Bratislave konanie z a s t a v u j e . Žiaden z účastníkov nemá právo na náhradu trov konania. o d ô v o d n e n i e : Žalobou doručenou Krajskému súdu v Bratislave dňa 07.04.2015 sa žalobkyňa domáhala preskúmania zákonnosti rozhodnutia žalovaného č. PPZ-HCP-BA2-2015/000715-010 zo dňa 26.01.2015, ktorým bolo zamietnuté odvolanie žalobkyne a bolo potvrdené rozhodnutie Oddelenia cudzineckej polície Policajného zboru Dunajská Streda č. PPZ-HCP-BA8-548-007/2014-Ž zo dňa 30.09.2014 o zrušení trvalého pobytu na päť rokov na území Slovenskej republiky podľa § 50 ods. 1 písm. a) s poukazom na § 48 ods. 2 písm. c) zákona č. 404/2011 Z. z. o pobyte cudzincov a o zmene a doplnení niektorých zákonov v znení neskorších predpisov. Keďže žalobkyňa spolu so žalobou nezaplatila súdny poplatok za jej podanie, ktorý je 70,- eur, správny súd ju pod následkom zastavenia konania vyzval na jeho zaplatenie výzvou č. k. 2S/83/2015-79 zo dňa 15.04.2016. Výzva bola spolu s príkazom na úhradu, vyjadrením žalovaného a predvolaním na pojednávanie doručená zástupcovi žalobkyne dňa 21.04.2016. Žalobkyňa si aj napriek výzve nesplnila poplatkovú povinnosť. Podľa § 5 ods. 1 písm. a) zákona č. 71/1992 Zb. o súdnych poplatkoch a poplatku za výpis z registra trestov v znení neskorších predpisov (ďalej len zákon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Vzhľadom na to, že žalobkyňa nezaplatila súdny poplatok v lehote ustanovenej vo výzve na jeho zaplatenie, správny súd nemohol v konaní pokračovať a rozhodol tak, že konanie vo veci zastavil. O náhrade trov konania správny súd rozhodol podľa § 170 písm. b) tak, že žiaden z účastníkov nemá právo na náhradu trov konania, nakoľko konanie bolo zastavené.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https://www.kauzis.sk/judikatura/r/ECLI:SK:KSBA:2016:1015200595.2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