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9Sp/30/2015 z 28. 11. 2016</w:t>
      </w:r>
    </w:p>
    <w:p>
      <w:r>
        <w:t>Rozsudok Krajského súdu Bratislava z 28. novembra 2016, sp. zn. 9Sp/30/2015, ECLI:SK:KSBA:2016:1015200647.1</w:t>
      </w:r>
    </w:p>
    <w:p>
      <w:r>
        <w:t>Súd: Krajský súd Bratislava</w:t>
      </w:r>
    </w:p>
    <w:p>
      <w:r>
        <w:t>Spisová značka: 9Sp/30/2015</w:t>
      </w:r>
    </w:p>
    <w:p>
      <w:r>
        <w:t>ECLI: ECLI:SK:KSBA:2016:1015200647.1</w:t>
      </w:r>
    </w:p>
    <w:p>
      <w:r>
        <w:t>Dátum vydania: 28. 11. 2016</w:t>
      </w:r>
    </w:p>
    <w:p>
      <w:r>
        <w:t>Forma: Rozsudok</w:t>
      </w:r>
    </w:p>
    <w:p>
      <w:r>
        <w:t>Oblasť práva: Správne právo</w:t>
      </w:r>
    </w:p>
    <w:p>
      <w:pPr>
        <w:pStyle w:val="Heading2"/>
      </w:pPr>
      <w:r>
        <w:t>Text rozhodnutia</w:t>
      </w:r>
    </w:p>
    <w:p>
      <w:r>
        <w:t>Súd: Krajský súd Bratislava Spisová značka: 9Sp/30/2015 Identifikačné číslo súdneho spisu: 1015200647 Dátum vydania rozhodnutia: 29. 11. 2016 Meno a priezvisko sudcu, VSÚ: JUDr. Beata Jurgošová ECLI: ECLI:SK:KSBA:2016:1015200647.1 ROZSUDOK V MENE SLOVENSKEJ REPUBLIKY Krajský súd v Bratislave v konaní pred sudkyňou JUDr. Beátou Jurgošovou v právnej veci navrhovateľa: R.. B.. D. Ď., bytom T. XX, XXX XX R., proti odporcovi: Centrum právnej pomoci, Kancelária Bratislava, Námestie slobody 12, 810 05 Bratislava, o priznanie nároku na poskytovanie právnej pomoci, o preskúmanie zákonnosti rozhodnutia odporcu sp. zn.: 4800/2015-KaBA, ČRZ: 21307/2015 zo dňa 31.03.2015, takto r o z h o d o l : Súd rozhodnutie odporcu sp. zn.: 4800/2015-KaBA, ČRZ: 21307/2015 zo dňa 31.03.2015 p o t v r d z u j e. Navrhovateľovi súd právo na náhradu trov konania nepriznáva. o d ô v o d n e n i e : Napadnutým rozhodnutím odporca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č. 327/2005 Z.z.“) nepriznal navrhovateľovi nárok na poskytovanie právnej pomoci z dôvodu, že hodnota sporu neprevyšuje hodnotu minimálnej mzdy, čím žiadateľ nesplnil jednu z troch kumulatívnych podmienok pre priznanie nároku na právnu pomoc. V odôvodnení svojho rozhodnutia ďalej uviedol, že navrhovateľ požiadal o poskytnutie právnej pomoci v konaní o vydanie bezdôvodného obohatenia vedenom na Okresnom súde Trnava pod sp. zn. 18C/180/2010, kde sa domáha zaplatenia sumy 145,28 Eur spolu so súdnym poplatkom 16,50 Eur. Odporca v danej veci dospel k záveru, že spor žiadateľa v čase posudzovania splnenia podmienky hodnoty sporu na účely poskytnutia právnej pomoci nedosahuje hodnotu minimálnej mzdy 380,- Eur, čím nespĺňa podmienky na poskytnutie právnej pomoci. Vo včas podanom odvolaní sa navrhovateľ domáhal zrušenia napadnutého rozhodnutia a vrátenia veci odporcovi na ďalšie konanie. Mal za to, že zistenie skutkového stavu správnym orgánom, z ktorého vychádza rozhodnutie je v rozpore s obsahom spisov, pretože predmetom sporu nie je len vydanie bezdôvodného obohatenia ale aj morálna satisfakcia, na čo upozornil už svojím elektronickým podaním zo dňa 17.03.2015. Odporca navrhol napadnuté rozhodnutie ako vecne správne potvrdiť, pridŕžajúc sa argumentácie uvedenej v napadnutom rozhodnutí. Konštatoval, že z predložených podkladov nevyplýva (okrem spomínaného e-mailu zo dňa 17.03.2015), že by si v ktoromkoľvek štádiu súdneho konania navrhovateľ uplatnil, respektíve plánoval uplatniť ospravedlnenie za nezákonný postup, čo však nevylučuje uplatniť si uvedené ospravedlnenie aj neskôr. Domnieval sa, že uvedené doplnenie žiadosti navrhovateľom by bolo možné považovať aj za účelové, pretože keby každý žiadateľ v žiadosti o poskytnutie právnej pomoci uviedol, že žiada morálnu satisfakciu, prípadne iný právny inštitút, pri ktorom nie je možné určiť hodnotu sporu a uviedol by túto skutočnosť v súvislosti so súdnym sporom s nízkou hodnotou sporu, odporca by tak nemal možnosť zaoberať sa zákonnou podmienkou hodnoty sporu. Podľa § 492 ods. 1 zákona č. 162/2015 Z.z. Správneho súdneho poriadku konania podľa tretej hlavy piatej časti Občianskeho súdneho poriadku začaté predo dňom nadobudnutia účinnosti tohto zákona sa dokončia podľa doterajších predpisov. Súd v konaní podľa ustanovenia § 250l a nasledujúcich O.s.p. vec prejednal a rozhodol na základe súhlasu účastníkov konania bez nariadenia pojednávania (§ 250f O.s.p.) ako miestne a vecne príslušný a po preskúmaní napadnutého rozhodnutia, oboznámení sa s administratívnym spisom odporcu dospel k záveru, že opravný prostriedok navrhovateľa bol podaný nedôvodne. Pôsobnosť centra je daná podľa § 3 ods. 1 písm. a) zákona č. 327/2005 Z.z., keďže navrhovateľ požiadal o poskytovanie právnej pomoci v občianskoprávnom konaní.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1 písm. a) nariadenia vlády Slovenskej republiky č. 297/2014 Z.z. suma minimálnej mzdy na rok 2015 sa ustanovuje na 380,- Eur za mesiac pre zamestnanca odmeňovaného mesačnou mzdou. V danej veci žiadateľ v konaní o priznanie nároku na právnu pomoc splnil podmienku materiálnej núdze i podmienku, že nejde o zrejmú bezúspešnosť sporu. Z obsahu napadnutého rozhodnutia vyplýva, že dôvodom jeho vydania bola skutočnosť, že žalovaný správny orgán na základe priložených listinných dokladov mal za preukázané, že navrhovateľ ako žiadateľ nesplnil podmienku ustanovenú v právnej norme § 6 ods. 1 písm. c) zákona č. 327/2005 Z. z., v zmysle ktorej fyzická osoba má právo na poskytnutie právnej pomoci bez finančnej účasti, ak hodnota sporu prevyšuje hodnotu minimálnej mzdy okrem sporov, v ktorých nie je možné hodnotu sporu vyčísliť v peniazoch, ktorá podmienka je jedným z nevyhnutných predpokladov na poskytnutie právnej pomoci. Z administratívneho spisu odporcu vyplýva, že navrhovateľ požiadal o poskytnutie právnej pomoci v konaní vedenom na Okresnom súde Trnava pod sp. zn. 18C/180/2010, kde sa navrhovateľ domáhal voči Ústavu na výkon trestu odňatia slobody, Hrnčiarovce nad Parnou zaplatenia sumy 145,28 Eur (okrem náhrady trov konania) ako vydania bezdôvodného obohatenia získaného na jeho úkor tým, že v dôsledku nesprávnej aplikácie rozkazu ministra spravodlivosti č. 13/1994 mu neboli poskytnuté stravné dávky pre pracujúcich. Z uvedeného odporca v rámci svojej kompetencie správne ustálil, že hodnotou sporu - konania je zaplatenie sumy 145,28 Eur a dospel aj k správnemu záveru, že hodnota sporu neprevyšuje minimálnu mzdu vo výške 380,- Eur podľa § 1 písm. a) nariadenia vlády Slovenskej republiky č. 297/2014 Z.z. Na rozhodnutie o žiadosti navrhovateľa, ktorou sa domáha priznania nároku na poskytnutie právnej pomoci je kompetentný odporca podľa § 10 ods. 5 zákona o poskytovaní právnej pomoci, ktorý je povinný skúmať, či sú kumulatívne splnené všetky podmienky, uvedené v ustanovení § 6 ods. 1 zákona, t. j. hmotná núdza, vylúčenie zrejmej bezúspešnosti sporu a hodnota sporu. Pri nesplnení hoci len jednej z podmienok pre priznanie nároku na poskytnutie právnej pomoci je následkom negatívne rozhodnutie odporcu o nároku na poskytovanie právnej pomoci. Významný zásah do statusu fyzickej osoby zákonodarca definoval hodnotou minimálnej mzdy. Ak teda v zmysle § 6 ods. 1 písm. c) hodnota sporu nedosahuje hodnotu minimálnej mzdy a vec možno oceniť peniazmi, neposkytnutie právnej pomoci v takom prípade nepredstavuje žiaden významný zásah do života občana. Nestanovenie tohto limitu by mohlo znamenať vážne riziko, že inštitút právnej pomoci by bol zneužívaný osobami, ktoré sa neúmerne často obracajú na súdy. Zmyslom tohto ustanovenia v neposlednom rade je aj to, aby náklady, ktoré vzniknú štátu v súvislosti s poskytovaním právnej pomoci neboli v zjavnom nepomere k celkovej hodnote sporu. Ďalej sa súd zaoberal dôvodnosťou námietky navrhovateľa, že predmetom sporu je aj morálna satisfakcia, ospravedlnenie ÚVTOS Hrnčiarovce nad Parnou. Z administratívneho spisu vyplýva, že elektronickým podaním zo dňa 17.03.2015 navrhovateľ oznámil skutočnosť: „V ďalšom konaní po porade s PZ si mienim uplatniť aj ospravedlnenie odporcu za nezákonný postup.“ E-mailom zo dňa 07.04.2015 (po vydaní napadnutého rozhodnutia) opätovne uviedol, že: „Vzhľadom na to, že si vo veci chcem v ďalšom konaní uplatniť ospravedlnenie za nezákonný postup, mám za to, že nie je zákonné nepriznať nárok na PPP z dôvodu nízkej hodnoty sporu.“ Z predložených dokladov súdneho konania nevyplýva, že by si navrhovateľ uplatnil prípadne plánoval uplatniť ospravedlnenie za nezákonný postup. Súd sa na tomto mieste stotožňuje s názorom odporcu, podľa ktorého doplnenie žiadosti navrhovateľa o ospravedlnenie za nezákonný postup v súvislosti so súdnym sporom s nízkou hodnotou sporu (v danom prípade o 145,28 Eur) vylučuje odporcu z možnosti preskúmavania hodnoty spory, respektíve táto podmienka by bola automaticky splnená využitím právneho inštitútu, pri ktorom nie je možné určiť hodnotu sporu. Navrhovateľovi však nič nebráni k tomu, aby si náhradu škody, prípadne morálnu satisfakciu uplatnil po právoplatnom skončení veci v novom konaní. Napadnuté rozhodnutie odporcu, ktoré bolo predmetom súdneho prieskumu považuje súd za vecne správne, vyplývajúce z riadne zisteného skutkového stavu, náležite odôvodnené, vydané v súlade so zákonom, a preto ho podľa § 250q ods. 2 O.s.p. potvrdil. O náhrade trov konania rozhodol súd § 250k ods. 1 O.s.p. v súlade s § 250l ods. 2 O.s.p. a vo veci neúspešnému navrhovateľovi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https://www.kauzis.sk/judikatura/r/ECLI:SK:KSBA:2016:1015200647.1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