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1S/107/2015 z 13. 4. 2016</w:t>
      </w:r>
    </w:p>
    <w:p>
      <w:r>
        <w:t>Uznesenie Krajského súdu Bratislava z 13. apríla 2016, sp. zn. 1S/107/2015, ECLI:SK:KSBA:2016:1015200680.1</w:t>
      </w:r>
    </w:p>
    <w:p>
      <w:r>
        <w:t>Súd: Krajský súd Bratislava</w:t>
      </w:r>
    </w:p>
    <w:p>
      <w:r>
        <w:t>Spisová značka: 1S/107/2015</w:t>
      </w:r>
    </w:p>
    <w:p>
      <w:r>
        <w:t>ECLI: ECLI:SK:KSBA:2016:1015200680.1</w:t>
      </w:r>
    </w:p>
    <w:p>
      <w:r>
        <w:t>Dátum vydania: 13. 4. 2016</w:t>
      </w:r>
    </w:p>
    <w:p>
      <w:r>
        <w:t>Forma: Uznesenie</w:t>
      </w:r>
    </w:p>
    <w:p>
      <w:pPr>
        <w:pStyle w:val="Heading2"/>
      </w:pPr>
      <w:r>
        <w:t>Text rozhodnutia</w:t>
      </w:r>
    </w:p>
    <w:p>
      <w:r>
        <w:t>Súd: Krajský súd Bratislava Spisová značka: 1S/107/2015 Identifikačné číslo súdneho spisu: 1015200680 Dátum vydania rozhodnutia: 14. 04. 2016 Meno a priezvisko sudcu, VSÚ: JUDr. Monika Valašíková PhD. ECLI: ECLI:SK:KSBA:2016:1015200680.1 Uznesenie Krajský súd v Bratislave v právnej veci žalobcu: PRODESK, s.r.o., Trenčianska 30, 821 09 Bratislava, IČO: 45 645 108, proti žalovanému: Okresný úrad Bratislava, odbor opravných prostriedkov, Tomášikova 46, 832 05 Bratislava, o preskúmanie zákonnosti rozhodnutia žalovaného č. Vo-104/2014-ZSe zo dňa 06.02.2015, takto r o z h o d o l : Krajský súd v Bratislave konanie z a s t a v u j e . Žiaden z účastníkov nemá právo na náhradu trov konania. o d ô v o d n e n i e : Žalobou doručenou tunajšiemu súdu dňa 27.04.2015 sa žalobca domáhal preskúmania zákonnosti rozhodnutia žalovaného č. Vo-104/2014-ZSe zo dňa 06.02.2015, ktorým ten zamietol odvolanie žalobcu a potvrdil rozhodnutie Okresného úradu Bratislava č. V-19669/11 zo dňa 31.10.2014. Výzvou zo dňa 29.01.2016 doručenou žalobcovi dňa 12.02.2016 bol žalobca vyzvaný, aby v lehote 15 dní pod následkom zastavenia konania doložil do súdneho spisu s poukazom na ust. § 250a O.s.p. plnomocenstvo udelené advokátovi, na jeho zastupovanie v tomto konaní, prípadne poverenie udelené zamestnancovi s právnickým vzdelaním, ktorý zaňho bude na súde konať. Žalobca na výzvu súdu ku dňu vydania tohto rozhodnutia nereagoval.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si žalobca neustanovil žiadneho advokáta a nedoložil plnomocenstvo riadne a včas, alternatívne nedoložil žiadne poverenie udelené svojmu zamestnancovi s právnickým vzdelaním, ktorý by zaňho na súde konal,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https://www.kauzis.sk/judikatura/r/ECLI:SK:KSBA:2016:1015200680.1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