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6S/120/2015 z 27. 9. 2016</w:t>
      </w:r>
    </w:p>
    <w:p>
      <w:r>
        <w:t>Uznesenie Krajského súdu Bratislava z 27. septembra 2016, sp. zn. 6S/120/2015, ECLI:SK:KSBA:2016:1015200800.2</w:t>
      </w:r>
    </w:p>
    <w:p>
      <w:r>
        <w:t>Súd: Krajský súd Bratislava</w:t>
      </w:r>
    </w:p>
    <w:p>
      <w:r>
        <w:t>Spisová značka: 6S/120/2015</w:t>
      </w:r>
    </w:p>
    <w:p>
      <w:r>
        <w:t>ECLI: ECLI:SK:KSBA:2016:1015200800.2</w:t>
      </w:r>
    </w:p>
    <w:p>
      <w:r>
        <w:t>Dátum vydania: 27. 9. 2016</w:t>
      </w:r>
    </w:p>
    <w:p>
      <w:r>
        <w:t>Forma: Uznesenie</w:t>
      </w:r>
    </w:p>
    <w:p>
      <w:pPr>
        <w:pStyle w:val="Heading2"/>
      </w:pPr>
      <w:r>
        <w:t>Text rozhodnutia</w:t>
      </w:r>
    </w:p>
    <w:p>
      <w:r>
        <w:t>Súd: Krajský súd Bratislava Spisová značka: 6S/120/2015 Identifikačné číslo súdneho spisu: 1015200800 Dátum vydania rozhodnutia: 28. 09. 2016 Meno a priezvisko sudcu, VSÚ: JUDr. Vlastimil Pavlikovský ECLI: ECLI:SK:KSBA:2016:1015200800.2 Uznesenie Krajský súd v Bratislave v právnej veci žalobcu: INVESTEX GROUP, s.r.o., so sídlom Mostová 2, 811 02 Bratislava, právne zastúpený: AK JUDr. Jaroslav Brada, s.r.o., so sídlom Dunajská 58, 811 08 Bratislava, proti žalovanému: Finančné riaditeľstvo Slovenskej republiky, so sídlom Lazovná 63, 974 01 Banská Bystrica, o preskúmanie zákonnosti rozhodnutia žalovaného č. 1100302/1/171161/2015/1042 zo dňa 23.4.2015, jednohlasne, takto r o z h o d o l : Krajský súd v Bratislave p o s t u p u j e vec Krajskému súdu v Banskej Bystrici. o d ô v o d n e n i e : 1. Žalobca sa žalobou podanou Krajskému súdu v Bratislave dňa 21.5.2015 domáhal preskúmania zákonnosti rozhodnutia žalovaného č. 1100302/1/171161/2015/1042 zo dňa 23.4.2015, ktorým žalovaný potvrdil rozhodnutie Daňového úradu Banská Bystrica č. 9601402/5/294549/2015/Bed zo dňa 6.2.2015 o vyrubení rozdielu dane z pridanej hodnoty za zdaňovacie obdobie február 2012 v sume XXX.XXX,XX €. 2.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Daňový úrad Banská Bystrica, a teda miestne (aj vecne) príslušným je Krajský súd v Banskej Bystrici,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Banskej Bystrici.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https://www.kauzis.sk/judikatura/r/ECLI:SK:KSBA:2016:1015200800.2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