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6S/121/2015 z 25. 10. 2016</w:t>
      </w:r>
    </w:p>
    <w:p>
      <w:r>
        <w:t>Uznesenie Krajského súdu Bratislava z 25. októbra 2016, sp. zn. 6S/121/2015, ECLI:SK:KSBA:2016:1015200802.2</w:t>
      </w:r>
    </w:p>
    <w:p>
      <w:r>
        <w:t>Súd: Krajský súd Bratislava</w:t>
      </w:r>
    </w:p>
    <w:p>
      <w:r>
        <w:t>Spisová značka: 6S/121/2015</w:t>
      </w:r>
    </w:p>
    <w:p>
      <w:r>
        <w:t>ECLI: ECLI:SK:KSBA:2016:1015200802.2</w:t>
      </w:r>
    </w:p>
    <w:p>
      <w:r>
        <w:t>Dátum vydania: 25. 10. 2016</w:t>
      </w:r>
    </w:p>
    <w:p>
      <w:r>
        <w:t>Forma: Uznesenie</w:t>
      </w:r>
    </w:p>
    <w:p>
      <w:pPr>
        <w:pStyle w:val="Heading2"/>
      </w:pPr>
      <w:r>
        <w:t>Text rozhodnutia</w:t>
      </w:r>
    </w:p>
    <w:p>
      <w:r>
        <w:t>Súd: Krajský súd Bratislava Spisová značka: 6S/121/2015 Identifikačné číslo súdneho spisu: 1015200802 Dátum vydania rozhodnutia: 26. 10. 2016 Meno a priezvisko sudcu, VSÚ: JUDr. Vlastimil Pavlikovský ECLI: ECLI:SK:KSBA:2016:1015200802.2 Uznesenie Krajský súd v Bratislave v právnej veci žalobcu: INVESTEX GROUP, s.r.o., IČO: 36 034 665, so sídlom Mostová 2, 811 02 Bratislava, právne zastúpený JUDr. Jaroslavom Bradom, advokátom so sídlom Dunajská 58, 811 08 Bratislava, proti žalovanému: Finančné riaditeľstvo Slovenskej republiky, so sídlom Lazovná 63, 974 01 Banská Bystrica, v konaní o preskúmanie zákonnosti rozhodnutia žalovaného č. 1100302/1/171219/2015/1042 zo dňa 23.04.2015, jednohlasne, takto r o z h o d o l : Krajský súd v Bratislave p o s t u p u j e vec Krajskému súdu v Banskej Bystrici. o d ô v o d n e n i e : 1. Žalobca sa žalobou, doručenou Krajskému súdu v Bratislave dňa 21.05.2015, domáhal preskúmania zákonnosti rozhodnutia žalovaného č. 1100302/1/171219/2015/1042 zo dňa 23.04.2015, ktorým žalovaný nevyhovel odvolaniu žalobcu a potvrdil rozhodnutie Daňového úradu Banská Bystrica č. 9601402/5/294691/2015/Bed zo dňa 06.02.2015, ktorým ten žalobcovi určil rozdiel dane z pridanej hodnoty za zdaňovacie obdobie október 2012 v sume XX.XXX,XX eur, a tým znížil žalobcovi uplatnený nadmerný odpočet na dani z pridanej hodnoty zo sumy XX.XXX,XX eur na sumu XX.XXX,XX eur. 2. Dňa 01.07.2016 nadobudli účinnosť tri procesné kódexy - Civilný sporový poriadok (zákon č. 160/2015 Z.z.), Civilný mimosporový poriadok (zákon č. 161/2015 Z.z.) a Správny súdny poriadok? (zákon č. 162/2015 Z.z.),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ako prvostupňový správny orgán Daňový úrad Banská Bystrica, a teda miestne (aj vecne) príslušným je Krajský súd v Banskej Bystrici,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Banskej Bystrici.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https://www.kauzis.sk/judikatura/r/ECLI:SK:KSBA:2016:1015200802.2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