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6S/122/2015 z 27. 9. 2016</w:t>
      </w:r>
    </w:p>
    <w:p>
      <w:r>
        <w:t>Uznesenie Krajského súdu Bratislava z 27. septembra 2016, sp. zn. 6S/122/2015, ECLI:SK:KSBA:2016:1015200803.2</w:t>
      </w:r>
    </w:p>
    <w:p>
      <w:r>
        <w:t>Súd: Krajský súd Bratislava</w:t>
      </w:r>
    </w:p>
    <w:p>
      <w:r>
        <w:t>Spisová značka: 6S/122/2015</w:t>
      </w:r>
    </w:p>
    <w:p>
      <w:r>
        <w:t>ECLI: ECLI:SK:KSBA:2016:1015200803.2</w:t>
      </w:r>
    </w:p>
    <w:p>
      <w:r>
        <w:t>Dátum vydania: 27. 9. 2016</w:t>
      </w:r>
    </w:p>
    <w:p>
      <w:r>
        <w:t>Forma: Uznesenie</w:t>
      </w:r>
    </w:p>
    <w:p>
      <w:pPr>
        <w:pStyle w:val="Heading2"/>
      </w:pPr>
      <w:r>
        <w:t>Text rozhodnutia</w:t>
      </w:r>
    </w:p>
    <w:p>
      <w:r>
        <w:t>Súd: Krajský súd Bratislava Spisová značka: 6S/122/2015 Identifikačné číslo súdneho spisu: 1015200803 Dátum vydania rozhodnutia: 28. 09. 2016 Meno a priezvisko sudcu, VSÚ: JUDr. Vlastimil Pavlikovský ECLI: ECLI:SK:KSBA:2016:1015200803.2 Uznesenie Krajský súd v Bratislave v právnej veci žalobcu: INVESTEX GROUP, s.r.o., so sídlom Mostová 2, 811 02 Bratislava, právne zastúpený: Advokátska kancelária JUDr. Jaroslav Brada, s.r.o., so sídlom Dunajská 58, 811 08 Bratislava, proti žalovanému: Finančné riaditeľstvo Slovenskej republiky, so sídlom Lazovná 63, 974 01 Banská Bystrica, v konaní o preskúmanie zákonnosti rozhodnutia žalovaného č. 1100302/1/171154/2015/1042 zo dňa 23.04.2015, jednohlasne, takto r o z h o d o l : Krajský súd v Bratislave p o s t u p u j e vec Krajskému súdu v Banskej Bystrici. o d ô v o d n e n i e : Žalobou doručenou Krajskému súdu v Bratislave dňa 21.05.2015 sa žalobca domáhal preskúmania zákonnosti rozhodnutia žalovaného č. 1100302/1/171154/2015/1042 zo dňa 23.04.2015, ktorým žalovaný potvrdil rozhodnutie Daňového úradu Banská Bystrica č. 9601402/5/294504/2015/Bed zo dňa 06.02.2015 o vyrubení rozdielu dane z pridanej hodnoty za zdaňovacie obdobie január 2012 v sume XXX.XXX,XX,- €.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Podľa § 491 ods. 1 zákona č. 162/2015 Z.z. Správny súdny poriadok (ďalej len „SSP"), ak nie je ďalej ustanovené inak, platí tento zákon aj na konania začaté podľa piatej časti Občianskeho súdneho poriadku predo dňom nadobudnutia jeho účinnosti. Podľa § 10 SSP, na konanie a rozhodovanie v správnom súdnictve sú vecne príslušné krajské súdy, ak tento zákon neustanovuje inak. Podľa § 13 ods. 1 SSP, miestne príslušným je krajský súd, v ktorého obvode má sídlo orgán verejnej správy, ktorý rozhodol v prvom stupni, ak tento zákon neustanovuje inak. Podľa § 18 ods. 2 SSP, ak správny súd zistí, že nie je vecne, miestne alebo kauzálne príslušný, postúpi vec uznesením príslušnému správnemu súdu. Nižší správny súd je postúpením veci vyšším správnym súdom viazaný. V prejednávanej veci rozhodoval v prvom stupni Daňový úrad Banská Bystrica, a teda miestne (aj vecne) príslušným je Krajský súd v Banskej Bystrici, keďže v jeho obvode má sídlo orgán verejnej správy, ktorý vo veci rozhodoval v prvom stupni. Nakoľko v uvedenej veci bolo zistené, že Krajský súd v Bratislave nie je miestne príslušným na konanie v predmetnej veci, vec bude po právoplatnosti tohto uznesenia postúpená Krajskému súdu v Banskej Bystrici.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https://www.kauzis.sk/judikatura/r/ECLI:SK:KSBA:2016:1015200803.2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