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1S/149/2015 z 13. 4. 2016</w:t>
      </w:r>
    </w:p>
    <w:p>
      <w:r>
        <w:t>Uznesenie Krajského súdu Bratislava z 13. apríla 2016, sp. zn. 1S/149/2015, ECLI:SK:KSBA:2016:1015200998.1</w:t>
      </w:r>
    </w:p>
    <w:p>
      <w:r>
        <w:t>Súd: Krajský súd Bratislava</w:t>
      </w:r>
    </w:p>
    <w:p>
      <w:r>
        <w:t>Spisová značka: 1S/149/2015</w:t>
      </w:r>
    </w:p>
    <w:p>
      <w:r>
        <w:t>ECLI: ECLI:SK:KSBA:2016:1015200998.1</w:t>
      </w:r>
    </w:p>
    <w:p>
      <w:r>
        <w:t>Dátum vydania: 13. 4. 2016</w:t>
      </w:r>
    </w:p>
    <w:p>
      <w:r>
        <w:t>Forma: Uznesenie</w:t>
      </w:r>
    </w:p>
    <w:p>
      <w:pPr>
        <w:pStyle w:val="Heading2"/>
      </w:pPr>
      <w:r>
        <w:t>Text rozhodnutia</w:t>
      </w:r>
    </w:p>
    <w:p>
      <w:r>
        <w:t>Súd: Krajský súd Bratislava Spisová značka: 1S/149/2015 Identifikačné číslo súdneho spisu: 1015200998 Dátum vydania rozhodnutia: 14. 04. 2016 Meno a priezvisko sudcu, VSÚ: JUDr. Monika Valašíková PhD. ECLI: ECLI:SK:KSBA:2016:1015200998.1 Uznesenie Krajský súd v Bratislave v právnej veci žalobkyne: Z.. N. Q., K. 3, XXX XX G., proti žalovanému: Krajské riaditeľstvo Policajného zboru v Bratislave, Špitálska 14, 812 28 Bratislava, o preskúmanie zákonnosti rozhodnutia žalovaného č. KRPZ-BA-VO-4/2015-ZSI zo dňa 03.06.2015, takto r o z h o d o l : Krajský súd v Bratislave konanie z a s t a v u j e . Žiaden z účastníkov nemá právo na náhradu trov konania. o d ô v o d n e n i e : Žalobou doručenou tunajšiemu súdu dňa 12.05.2015 sa žalobkyňa domáhala preskúmania zákonnosti rozhodnutia žalovaného č. KRPZ-BA-VO-4/2015-ZSI zo dňa 03.06.2015, ktorým žalovaný zamietol jej odvolanie a potvrdil rozhodnutie Okresného riaditeľstva Policajného zboru v Bratislave I č. KRPZ- BA-97-002/2015-SI zo dňa 05.05.2015, ktorým podľa § 9 ods. 1 zákona č. 211/2000 Z.z. o slobodnom prístupe k informáciám nebolo vyhovené žiadosti žalobkyne o poskytnutie informácie-fotokópiu listu z vyšetrovacieho spisu vedeného pod ČVS:ORP-1070/SMV-B1-2013, ktorá obsahuje e-mail zo dňa 10.04.2013 odoslaný pani K. E. pani V.. M. N. vo veci starostlivosti o maloletú dcéru odvolateľky X. Q.. Výzvou zo dňa 28.01.2016, doručenou žalobkyni dňa 06.02.2016, bola žalobkyňa vyzvaná, aby v lehote 10 dní od doručenia výzvy pod následkom zastavenia konania zaplatila súdny poplatok vo výške 70,- €. Podľa § 5 ods. 1 písm. a) zák. č. 71/1992 Zb. o súdnych poplatkoch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je splatný vznikom poplatkovej povinnosti. Podľa § 10 ods. 1 ZoSP,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70,- €. Keďže žalobkyňa súdny poplatok za žalobu ani na výzvu súdu nezaplatila, súd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https://www.kauzis.sk/judikatura/r/ECLI:SK:KSBA:2016:1015200998.1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