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5S/146/2015 z 5. 12. 2016</w:t>
      </w:r>
    </w:p>
    <w:p>
      <w:r>
        <w:t>Uznesenie Krajského súdu Bratislava z 5. decembra 2016, sp. zn. 5S/146/2015, ECLI:SK:KSBA:2016:1015201003.1</w:t>
      </w:r>
    </w:p>
    <w:p>
      <w:r>
        <w:t>Súd: Krajský súd Bratislava</w:t>
      </w:r>
    </w:p>
    <w:p>
      <w:r>
        <w:t>Spisová značka: 5S/146/2015</w:t>
      </w:r>
    </w:p>
    <w:p>
      <w:r>
        <w:t>ECLI: ECLI:SK:KSBA:2016:1015201003.1</w:t>
      </w:r>
    </w:p>
    <w:p>
      <w:r>
        <w:t>Dátum vydania: 5. 12. 2016</w:t>
      </w:r>
    </w:p>
    <w:p>
      <w:r>
        <w:t>Forma: Uznesenie</w:t>
      </w:r>
    </w:p>
    <w:p>
      <w:pPr>
        <w:pStyle w:val="Heading2"/>
      </w:pPr>
      <w:r>
        <w:t>Text rozhodnutia</w:t>
      </w:r>
    </w:p>
    <w:p>
      <w:r>
        <w:t>Súd: Krajský súd Bratislava Spisová značka: 5S/146/2015 Identifikačné číslo súdneho spisu: 1015201003 Dátum vydania rozhodnutia: 06. 12. 2016 Meno a priezvisko sudcu, VSÚ: JUDr. Dáša Filová ECLI: ECLI:SK:KSBA:2016:1015201003.1 Uznesenie Krajský súd v Bratislave v právnej veci žalobcu: Univerzita Mateja Bela v Banskej Bystrici, Národná 12, 974 01 Banská Bystrica, IČO: 30 232 295, zastúpený: Advokátska kancelária JUDr. Tomáš Suchý, spol. s r.o., Horná 13, 974 01 Banská Bystrica, proti žalovaným: 1. Ministerstvo školstva, vedy, výskumu a športu Slovenskej republiky, Stromová 1, 813 30 Bratislava, 2. Výskumná agentúra, Hanulova 5/B, 841 01 Bratislava, o preskúmanie zákonnosti Správy o zistenej nezrovnalosti č. N21500729/S01 zo dňa 30.04.2015 a Žiadosti o vrátenie finančných prostriedkov č. 26250120027/Z01 zo dňa 30.04.2015, takto r o z h o d o l : Správny súd žalobu o d m i e t a. Žiaden z účastníkov nemá právo na náhradu trov konania. o d ô v o d n e n i e : I. 1. Žalobou doručenou tunajšiemu správnemu súdu dňa 22.06.2015 sa žalobca domáhal preskúmania zákonnosti Správy o zistenej nezrovnalosti č. N21500729/S01 zo dňa 30.04.2015 (ďalej aj ako „Správa“) a Žiadosti o vrátenie finančných prostriedkov č. 26250120027/Z01 zo dňa 30.04.2015 (ďalej aj ako „Žiadosť“) s návrhom na ich zrušenie. 2. Žalobu odôvodnil tým, že dňa 28.04.2010 uzavrel so žalovaným v 1. rade, v zastúpení žalovaným v 2. rade, Zmluvu o poskytnutí nenávratného finančného príspevku č. 035/2010/5.1/OPVaV (ďalej len „Zmluva o NFP“), na základe výzvy č. OPVaV-2009/5.1/03-SORO zo dňa 29.06.2009. Poskytnutie tohto nenávratného finančného príspevku bolo viazané na predmet verejného obstarávania - Výmena okien, dverí a zasklených stien vrátane všetkých súvisiacich stavebných prác v objektoch UMB BB. Predmet verejného obstarávania bol ďalej rozdelený na dva projekty: - ITMS 26250120027 s názvom Budovanie infraštruktúry a modernizácia IKT na UMB BB za účelom zlepšenia podmienok vzdelávacieho procesu a - ITMS 26250120036 s názvom Investície do modernizácie IKT technológií a rekonštrukcia objektov UMB v BB za účelom zlepšenia podmienok vzdelávacieho procesu. 3. Dňa 27.11.2014 bola vypracovaná čiastková správa z vládneho auditu č. A601, č. K3815 vykonaného u žalobcu, ku ktorému došlo v dňoch od 08.09.2014 do 30.09.2014. Predmetom čiastkovej správy boli závery vládneho auditu týkajúce sa konkrétnych nedostatkov spolu s odporúčaniami na nápravu. Na základe týchto zistení zaslal žalovaný v 2. rade žalobcovi Správu o zistenej nezrovnalosti č. N21500729/ S01 zo dňa 30.04.2015 spolu so Žiadosťou o vrátenie finančných prostriedkov č. 26250120027/Z01 zo dňa 30.04.2015 na projekt ITMS 26250120027, na podklade ktorých žalovaný v 2. rade žiadal o vrátenie časti poskytnutých finančných prostriedkov v celkovej výške 47.693,10 eur v lehote do 19.06.2015 ako dôsledok uplatnenia finančnej korekcie vo výške 5% z hodnoty výdavkov deklarovaných EK. 4. Žalobca mal za to, že napadnutými rozhodnutiami ako aj postupom žalovaných, ktorý predchádzal ich vydaniu, bol žalovanými porušený zákon o verejnom obstarávaní a tiež došlo k zásahu do práv a právom chránených záujmov žalobcu tým, že mu ukladajú na základe určitých zistení sankčnú povinnosť vo veci ex post kontroly vo veciach skončených a zrealizovaných projektov žalobcu ako verejného obstarávateľa. Podľa názoru žalobcu Správa o zistenej nezrovnalosti č. N21500729/ S01 zo dňa 30.04.2015 neobsahuje korektné informácie a po formálnej stránke nespĺňa zákonom stanovené náležitosti, preto ju nie je možné akceptovať. Žalobca tiež uviedol, že z jeho strany pri verejnom obstarávaní, ktorého sa nezrovnalosť týka, nedošlo k porušeniu právnych predpisov, odmietal tvrdenia uvedené v Správe o zistenej nezrovnalosti a rovnako tak aj Žiadosti o vrátenie finančných prostriedkov, ktorá z nej vyplýva. Mal za to, že v konaní došlo k porušeniu zásady zákonnosti a materiálnej pravdy. Ďalej poukázal na to, že celý proces verejného obstarávania bol riadne skontrolovaný kontrolnými orgánmi poskytovateľa nenávratného finančného príspevku a ten spôsob preukázania splnenia podmienok účasti akceptoval a nenamietal žiadne porušenia zákona. II. 5. Žalovaný v 1. rade vo vyjadrení k žalobe doručenom krajskému súdu dňa 26.10.2015 uviedol, že sa nestotožňuje so skutočnosťami uvádzanými v žalobe a má za to, že žalobu je potrebné zamietnuť v celom rozsahu ako nedôvodnú alebo konanie zastaviť v celom rozsahu z dôvodu, že sa jedná o rozhodnutia, ktoré nemôžu byť predmetom preskúmavania správnym súdom. Správa o zistenej nezrovnalosti a Žiadosť o vrátenie finančných prostriedkov nemajú povahu rozhodnutí správnych orgánov v zmysle Správneho poriadku, ktoré je možné preskúmať v rámci správneho súdnictva. Žalovaný v 1. rade postupoval pri ich vydaní v zastúpení žalovaným v 2. rade ako zmluvná strana Zmluvy o NFP a nie ako správny orgán. Ďalej uviedol, že v prípade uzatvorenia Zmluvy o NFP medzi účastníkmi konania ide o súkromnoprávny vzťah a postavenie zmluvných strán z uvedenej zmluvy je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6. Podľa názoru žalovaného v 1. rade Správa o zistenej nezrovnalosti a Žiadosť o vrátenie finančných prostriedkov nemajú povahu rozhodnutí, ktoré zakladajú, menia alebo zrušujú oprávnenia a povinnosti fyzických alebo právnických osôb, pretože nie sú konečným riešením nezrovnalostí.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7. Žalovaný v 1. rade mal za to, že konečným rozhodnutím je až rozhodnutie podľa § 27a ods. 3, 5 a 7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majú len informatívny, oznamovací charakter. Žiadosť má zase dobrovoľný charakter vo forme výzvy na vrátenie ešte pred začatím správneho konania, pretože postup po neuhradení prostriedkov je stanovený v § 27a zákona č. 528/2008 Z. z. 8. Žalovaný v 2. rade vo vyjadrení k žalobe, ktoré súdu doručil dňa 19.09.2016,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9. Podľa názoru žalovaného v 2. rade sa v danom prípade správne konanie nezačalo a ani nedošlo k vydaniu rozhodnutia podľa Správneho poriadku. III. 10. Krajský súd v Bratislave, ako súd vecne a miestne príslušný na konanie vo veci, primárne riešil otázku prípustnosti súdneho preskúmania žalobou napadnutej Správy o zistenej nezrovnalosti a Žiadosti o vrátenie finančných prostriedkov. 11.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14 ods. 18 zákona č. 528/2008 Z. z., rozhodnutia vydané v konaní podľa tejto časti zákona nie sú preskúmateľné súdom. 17. Podľa § 491 ods. 1 SSP, ak nie je ďalej ustanovené inak, platí tento zákon aj na konania začaté podľa piatej časti Občianskeho súdneho poriadku predo dňom nadobudnutia jeho účinnosti. 18.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21.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22. Z obsahu súdneho spisu krajský súd zistil, že dňa 28.04.2010 uzatvoril žalobca so žalovaným v 1. rade, v zastúpení žalovaným v 2. rade, Zmluvu o poskytnutí nenávratného finančného príspevku č. 035/2010/5.1/OPVaV na predmet zákazky „Výmena okien, dverí a zasklených stien vrátane všetkých súvisiacich stavebných prác v objektoch UMB BB“. Predmet verejného obstarávania bol rozdelený na dva projekty: - ITMS 26250120027 s názvom Budovanie infraštruktúry a modernizácia IKT na UMB BB za účelom zlepšenia podmienok vzdelávacieho procesu a - ITMS 26250120036 s názvom Investície do modernizácie IKT technológií a rekonštrukcia objektov UMB v BB za účelom zlepšenia podmienok vzdelávacieho procesu. 23. Na základe uvedenej zmluvy boli žalobcovi poskytnuté finančné prostriedky na účel uvedený v zmluve. Žalobca vykonal verejné obstarávanie na predmet zákazky „Výmena okien, dverí a zasklených stien vrátane všetkých súvisiacich stavebných prác v objektoch UMB BB“ uverejnením oznámenia o vyhlásení verejného obstarávania vo Vestníku verejného obstarávania č. 223/2011 zo dňa 16.11.2011 pod zn. 09683-MSP. Žalobca uzavrel dňa 28.06.2012 na uvedený predmet zákazky Zmluvu o dielo č. 20/2012/OSM-64 s úspešným uchádzačom HORNEX, a.s. Následne bola vykonaná administratívna kontrola verejného obstarávania a opätovná administratívna kontrola verejného obstarávania, v rámci ktorej boli zistené určité nezrovnalosti. Na základe Kontrolného zoznamu na identifikáciu porušenia zásad verejného obstarávania vystavil žalovaný v 2. rade dňa 30.04.2015 list pre žalobcu, ktorého súčasťou boli prílohy: - Správa o zistenej nezrovnalosti č. N21500729/S01 zo dňa 30.04.2015, - Žiadosť o vrátenie finančných prostriedkov č. 26250120027/Z01 zo dňa 30.04.2015.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https://www.kauzis.sk/judikatura/r/ECLI:SK:KSBA:2016:1015201003.1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