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6S/161/2015 z 25. 9. 2016</w:t>
      </w:r>
    </w:p>
    <w:p>
      <w:r>
        <w:t>Opravné uznesenie Krajského súdu Bratislava z 25. septembra 2016, sp. zn. 6S/161/2015, ECLI:SK:KSBA:2016:1015201092.5</w:t>
      </w:r>
    </w:p>
    <w:p>
      <w:r>
        <w:t>Súd: Krajský súd Bratislava</w:t>
      </w:r>
    </w:p>
    <w:p>
      <w:r>
        <w:t>Spisová značka: 6S/161/2015</w:t>
      </w:r>
    </w:p>
    <w:p>
      <w:r>
        <w:t>ECLI: ECLI:SK:KSBA:2016:1015201092.5</w:t>
      </w:r>
    </w:p>
    <w:p>
      <w:r>
        <w:t>Dátum vydania: 25. 9. 2016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6S/161/2015 Identifikačné číslo súdneho spisu: 1015201092 Dátum vydania rozhodnutia: 26. 09. 2016 Meno a priezvisko sudcu, VSÚ: JUDr. Vlastimil Pavlikovský ECLI: ECLI:SK:KSBA:2016:1015201092.5 Opravné uznesenie Krajský súd v Bratislave v právnej veci žalobcu: VINÁRSTVO Viničky, s.r.o., Ladmovce 186, 076 34 Ladmovce, IČO: 36 588 016, právne zastúpený: GHS Legal, s.r.o., advokátska kancelária, Lazaretská 3/A, 811 08 Bratislava, proti žalovanému: Ministerstvo pôdohospodárstva a rozvoja vidieka SR, Dobrovičova 12, 812 66 Bratislava, o preskúmanie zákonnosti postupu a rozhodnutia žalovaného č. z. 11089/2015, č. sp. 1556/2015-640 zo dňa 29.04.2015 a o oprave výroku rozsudku č.k. 6S/161/2015-369 zo dňa 17.08.2016, takto r o z h o d o l : Rozsudok Krajského súdu v Bratislave č.k. 6S/161/2015-369 zo dňa 17.08.2016 sa vo výroku v prvom odseku opravuje tak, že správne znie: „Krajský súd v Bratislave napadnuté rozhodnutie žalovaného 11089/2015, č. sp. 1556/2015-640 zo dňa 29.04.2015 ako aj rozhodnutie Pôdohospodárskej platobnej agentúry č. 600/133-R/2013/1 zo dňa 05.02.2015 zrušuje podľa § 191 ods. 1 písm. e), f) Správneho súdneho poriadku a vec vracia žalovanému na ďalšie konanie.“ o d ô v o d n e n i e : Žalobou doručenou Krajskému súdu v Bratislave dňa 03.07.2015 sa žalobca domáhal preskúmania zákonnosti rozhodnutia žalovaného č. 11089/2015, č. sp. 1556/2015-640 zo dňa 29.04.2015, ktorým žalovaný potvrdil rozhodnutie vydané v prvom stupni Pôdohospodárskou platobnou agentúrou (ďalej aj ako „prvostupňový orgán“), ktorým prvostupňový orgán podľa čl. 73 ods. 3 nariadenia Komisie (ES) č. 796/2004 v spojení s § 31 ods. 7 zákona č. 523/2004 Z.z. o rozpočtových pravidlách verejnej správy a o zmene a doplnení niektorých zákonov (ďalej aj ako „zákon o rozpočtových pravidlách“) uložil žalobcovi povinnosť vrátiť poskytnutý finančný príspevok v sume X.XXX.XXX,XX Eur. Zároveň v zmysle § 31 ods. 4 zákona o rozpočtových pravidlách prvostupňový orgán uložil žalobcovi povinnosť zaplatiť penále vo výške 0,1% zo sumy X.XXX.XXX,XX Eur za každý aj začatý deň omeškania s úhradou uloženého odvodu, počínajúc dňom vykonateľnosti rozhodnutia až do zaplatenia. Prvostupňový orgán, s odkazom na správu Európskeho úradu pre boj proti podvodom (ďalej aj ako „OLAF“), uložil povinnosť vrátiť poskytnutý finančný príspevok z dôvodu porušenia finančnej disciplíny žalobcu podľa čl. 5 ods. 3 nariadenia (ES) č. 1975/2006, ktorým sa stanovujú podrobné pravidlá uplatňovania nariadenia Rady (ES) č. 1698/2005 ako aj podľa § 31 ods. 1 písm. n/ zákona o rozpočtových pravidlách. Rozsudkom č.k. 6S/161/2015-369 zo dňa 17.08.2016 Krajský súd v Bratislave rozhodol tak, že napadnuté rozhodnutie žalovaného 11089/2015, č. sp. 1556/2015-640 zo dňa 29.04.2015 ako aj rozhodnutie Pôdohospodárskej platobnej agentúry č. 600/133-R/2013/1 zo dňa 05.02.2015 zrušil podľa § 191 ods. 1 písm. e), f) Správneho súdneho poriadku a vec vrátil žalovanému na ďalšie konanie. O výške náhrady trov konania rozhodol tak, že žalovaný je povinný zaplatiť žalobcovi náhradu trov konania, o výške ktorej rozhodne správny súd po právoplatnosti tohto rozsudku samostatným uznesením. Písomným podaním doručeným krajskému súdu dňa 22.9.2016 právny zástupca žalobcu uviedol, že vo výroku rozsudku došlo k chybe v písaní, keď namiesto Pôdohospodárskej platobnej agentúry súd mylne uviedol Poľnohospodársku platobnú agentúru. Podľa § 143 S.s.p., správny súd kedykoľvek aj bez návrhu opraví v rozsudku chyby v písaní a počítaní, ako aj iné zrejmé nesprávnosti. O oprave vydá opravné uznesenie, ktoré doručí osobám uvedeným v § 142 ods. 1. Podľa § 147 ods. 2 S.s.p., ak nie je ďalej ustanovené inak, použijú sa na uznesenie primerane ustanovenia o rozsudku vrátane ustanovenia § 139 ods. 4 a § 141. Nakoľko Krajský súd v Bratislave zistil, že pri písomnom vyhotovení uznesenia došlo k chybe v písaní pri uvedení správneho orgánu prvého stupňa, súd v zmysle § 143 S.s.p. v spojení s § 147 ods. 2 S.s.p. uvedenú chybu opravil. Poučenie: Proti tomuto uznesenie nie je prípustná kasačná sťažnosť (§ 439 ods. 2 písm. a) SSP).</w:t>
      </w:r>
    </w:p>
    <w:p/>
    <w:p>
      <w:r>
        <w:t>Zdroj: KAUZIS.SK – https://www.kauzis.sk/judikatura/r/ECLI:SK:KSBA:2016:1015201092.5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