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8Sd/72/2015 z 25. 4. 2016</w:t>
      </w:r>
    </w:p>
    <w:p>
      <w:r>
        <w:t>Rozsudok Krajského súdu Bratislava z 25. apríla 2016, sp. zn. 8Sd/72/2015, ECLI:SK:KSBA:2016:1015201094.1</w:t>
      </w:r>
    </w:p>
    <w:p>
      <w:r>
        <w:t>Súd: Krajský súd Bratislava</w:t>
      </w:r>
    </w:p>
    <w:p>
      <w:r>
        <w:t>Spisová značka: 8Sd/72/2015</w:t>
      </w:r>
    </w:p>
    <w:p>
      <w:r>
        <w:t>ECLI: ECLI:SK:KSBA:2016:1015201094.1</w:t>
      </w:r>
    </w:p>
    <w:p>
      <w:r>
        <w:t>Dátum vydania: 25. 4.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8Sd/72/2015 Identifikačné číslo súdneho spisu: 1015201094 Dátum vydania rozhodnutia: 26. 04. 2016 Meno a priezvisko sudcu, VSÚ: JUDr. Peter Pospech ECLI: ECLI:SK:KSBA:2016:1015201094.1 ROZSUDOK V MENE SLOVENSKEJ REPUBLIKY Krajský súd v Bratislave pred samosudcom JUDr. Petrom Pospechom, v právnej veci navrhovateľa: A. D., E.. X.XX.XXXX, I. D. Z. S. XXX, XXX XX Z., právne zastúpený JUDr. Mariánom Ďurinom, advokátom AK Sibírska č. 4, 831 02 Bratislava, proti odporcovi: Sociálna poisťovňa - ústredie, ul. 29. augusta 8-10, 813 63 Bratislava, zast. JUDr. Elenou Turčanikovou, v spore o starobný dôchodok takto r o z h o d o l : Súd napadnuté rozhodnutia odporcu číslo XXX XXX XXXX X zo dňa 12.3.2015 a zmenové rozhodnutie č. XXX XXX XXXX X zo dňa 15.10.2015 ako vecne správne p o t v r d z u j e , podľa § 250q ods. 2 O.s.p. Navrhovateľovi ani právnemu zástupcovi súd náhradu trov konania nepriznáva. o d ô v o d n e n i e : Napadnutým rozhodnutím č. XXX XXX XXXX X zo dňa 12.3.2015 bola navrhovateľovi zamietnutá žiadosť o starobný dôchodok zo dňa 13.2.2014 z dôvodu, že nespĺňa podmienky uvedené v § 65 a § 274 ods. 1 zákona č. 461/2003 Z.z. o sociálnom poistení v znení zákona č. 555/2007 Z.z. a § 21, § 132 ods. 1 a § 174 zákona č. 100/1988 Zb o sociálnom zabezpečení v znení neskorších predpisov. Navrhovateľ svojím opravným prostriedkom namietal správnosť uvedeného rozhodnutia. Uviedol, že on si nepodal žiadosť o priznanie starobného dôchodku, ale o prepočítanie už priznaného výsluhového dôchodku. K predmetu sporu a k opravnému prostriedku sa odporca písomne vyjadril svojím písomným podaním zo dňa 26.10.2015, v ktorom uviedol, že po podaní opravného prostriedku bol opätovne posúdený nárok navrhovateľa na starobný dôchodok a bolo vydané rozhodnutie č. XXX XXX XXXX X zo dňa 15.10.2015 bola navrhovateľovi zamietnutá žiadosť o starobný dôchodok zo dňa 13.2.2014, pretože nespĺňa podmienky uvedené v § 65, § 274 ods. 1 zákona č. 461/2003 Z.z. v znení zákona č. 555/2007 Z.z. a § 21, § 132 ods. 1 a § 174 zákona č. 100/1988 Zb o sociálnom zabezpečení v znení neskorších predpisov k 9.11.2013. Z dôvodov, ktoré odporca uviedol, vo svojom písomnom vyjadrení vyplýva, že navrhovateľ nesplnil ani jednu podmienku trvania zamestnania v I alebo II kategórií funkcií k 31.12.1999 podľa § 174 ods. 2 zákona č. 100/1988 v znení neskorších predpisov. Nakoľko je odporca povinný rešpektovať právny názor Najvyššieho súdu SR o žiadosti navrhovateľa bolo rozhodnuté v súlade so zosúladenou aplikačnou praxou NS SR. Podľa odporcu nárok navrhovateľa bol posúdený správne, v súlade s príslušnými právnymi predpismi a v súlade s právnym názorom NS SR. Okrem toho odporca uviedol, že navrhovateľ v opravnom prostriedku neuviedol žiadne konkrétne námietky, týkajúce sa posudzovania jeho nároku a preto žiadal, aby konajúci súd napadnuté rozhodnutie č. XXX XXX XXXX X. zo dňa 12.3.2015 a zmenové rozhodnutie č. XXX XXX XXXX X zo dňa 15.10.2015 ako vecne správne potvrdil. Krajský súd v Bratislave ako súd vecne a miestne príslušný na konanie podľa tretej hlavy piatej časti O.s.p. preskúmal napadnuté rozhodnutie odporcu v rozsahu dôvodov, ktoré navrhovateľ uviedol vo svojom opravnom prostriedku zo dňa 3.7.2015 a následne v opravnom prostriedku právneho zástupcu navrhovateľa, došlom konajúcemu súdu dňa 4.1.2016 a po preskúmaní napadnutých rozhodnutí podľa § 244 O.s.p. konajúci súd dospel k záveru, že opravné prostriedky navrhovateľa a následne jeho právneho zástupcu JUDr. Mariana Ďurinu nie sú dôvodné. Z obsahu spisového materiálu súd zistil nasledovný skutkový a právny stav. Žiadosťou, spísanou dňa 13.2.2015 navrhovateľ požiadal Sociálnu poisťovňu o priznanie starobného dôchodku, ktorý žiadal priznať od 9.11.2013. Po podaní opravného prostriedku bol opätovne posúdený nárok navrhovateľa a odporca vydal rozhodnutie č. XXX XXX XXXX X zo dňa 15.10.2015, ktorým bolo zmenené napadnuté rozhodnutie č. XXX XXX XXXX X zo dňa 12.3.2015. Na základe zmenového rozhodnutia č. XXX XXX XXXX X zo dňa 15.10.2015 bola navrhovateľovi zamietnutá žiadosť o starobný dôchodok zo dňa 13.2.2014, nakoľko navrhovateľ nesplnil podmienky, ktoré sú uvedené v § 65 a § 274 ods. 1 zákona č. 461/2003 Z.z. v znení zákona č. 555/2007 a § 21, § 132 ods. 1 a § 174 zákona č. 100/1988 Zb o sociálnom zabezpečení v znení neskorších predpisov ku dňu 9.11.2013. Podľa potvrdenia Ministerstva vnútra SR č. SPOU-OSZ-178-29/2014-VZ zo dňa 21.5.2014 bol navrhovateľovi podľa § 137 ods. 1 v súlade s ust. § 38, § 39, § 58 a § 60 zákona č. 328/2002 Z.z. o sociálnom zabezpečení policajtov a vojakov a o zmene a doplnení niektorých zákonov priznaný výsluhový dôchodok od 1.1.2003. Na vznik nároku na výsluhový dôchodok bola navrhovateľovi zhodnotená doba výkonu náhradnej vojenskej služby od 3.4.1975 do 27.8.1975 v 1. kategórií funkcií, doba služobného pomeru v policajnom zbore od 1.4.1991 do 31.12.1999 v III pracovnej kategórii a doba služobného pomeru v Policajnom zbore od 1.1.2000 do 31.12.2002. Na základe toho a v zmysle právneho názoru NS SR vysloveného v rozhodnutí 55/2011, uverejneného v Zbierke stanovísk NS a súdov SR 5/2011 bol nárok navrhovateľa posúdený ku dňu 9.11.2013. Podľa § 65 zákona č. 555/2007 Z.z. nárok na starobný dôchodok vzniká získaním 15 rokov obdobia dôchodkového poistenia a dosiahnutím dôchodkového veku. Dôchodkový vek je 62 rokov, ak tento zákon neustanovuje inak. Podľa § 274 zákona č. 461/2003 Z.z. o sociálnom poistení nároky vyplývajúce zo zaradenia zamestnaní do I a III pracovnej kategórie sa priznávajú do 31.12.2002. Podľa § 21 ods. 1 zákona č. 100/1988 Zb. o sociálnom zabezpečení, občan má nárok na starobný dôchodok ak bol zamestnaný najmenej 25 rokov a dosiahol vek 55 rokov, ak bol zamestnaný najmenej 15 rokov v zamestnaní uvedenom v § 14 ods. 2 alebo najmenej 10 rokov v takom zamestnaní v uránových baniach, b/ 55 rokov ak bol zamestnaný uvedenom v § 14 ods. 2 písm. b) ak bol z tohto zamestnania prevedený alebo uvoľnený z dôvodov uvedených v § 12 ods. 3 písm. d) a e), c/ 55 rokov ak bol zamestnaný najmenej 20 rokov v zamestnaní uvedenom v § 14 ods. 2 písm. b) až h), d/ 58 rokov ak bol zamestnaný najmenej 20 rokov v zamestnaní uvedenom v § 14 ods. 2 písm. i) až l), alebo 60 rokov. Podľa § 132 ods. 1 zákona o sociálnom zabezpečení vojak z povolania má nárok na starobný dôchodok, ak bol zamestnaný najmenej 25 rokov a dosiahol vek a/ 55 rokov, ak vykonával najmenej 20 rokov službu zaradenú v 1. kategórií funkcií, b/ 57 rokov ak vykonával najmenej 20 rokov službu v ostatných prípadoch. Podľa § 174 ods. 2 zákona č. 100/1988 Zb. o sociálnom zabezpečení v znení neskorších predpisov podmienkou vzniku nároku na starobný dôchodok podľa ods. 1 je, že zamestnanie 1. pracovnej kategórie alebo služba I. alebo druhej kategórie funkcií trval k 31.12.1999. Vzhľadom k tomu, že v služobnom pomere 1 kategórie funkcií, ktoré je postavené na úroveň zamestnania 1. pracovnej kategórie, uvedenom v § 14 ods. 2 písm. b) až h) zákona č. 100/1988 Zb. o sociálnom zabezpečení navrhovateľ získal iba 15 rokov a 363 dní a preto mu nárok na starobný dôchodok ku dňu 9.11.2013 nevznikol. Podľa potvrdenia Ministerstva vnútra SR č. SPOU-OSZ-178 29/2014 zo dňa 21.5.2014 navrhovateľ ukončil službu v Policajnom zbore v 1. kategórii funkcií dňa 31. marca 1991. Konajúci súd po takto zistenom skutkovom a právnom stave dospel k záveru, že navrhovateľ nesplnil ani podmienku trvania zamestnania v I alebo II kategórii funkcii ku dňu 31.12.1999 v súlade s ust. § 174 ods. 2 zákona č. 100/1988 Zb. v znení neskorších predpisov. Právna zástupkyňa odporcu na základe dôvodov uvedených v napadnutom rozhodnutí ako aj v písomnom vyjadrení k predmetu sporu žiadala napadnuté rozhodnutie č. XXX XXX XXXX X zo dňa 12.3.2015 ako aj zmenové rozhodnutie zo dňa 15.10.2015 ako vecne správne potvrdiť. Právny zástupca navrhovateľa žiadal napadnuté rozhodnutie odporcu z dôvodu jeho nesprávnosti zrušiť a vrátiť odporcovi na nové konanie a v prípade úspechu v spore, žiadal priznať trovy právneho zastúpenia. Konajúci súd po preskúmaní oboch rozhodnutí odporcu dospel k záveru, že o žiadosti navrhovateľa o starobný dôchodok bolo rozhodnuté v súlade s aplikačnou praxou NS SR a nárok navrhovateľa bol odporcom posúdený správne, v súlade s príslušnými právnymi predpismi a v súlade s právnym názorom NS SR a preto napadnuté rozhodnutie č. XXX XXX XXXX X zo dňa 12.3.2015 a zmenové rozhodnutie č. XXX XXX XXXX X zo dňa 15.10.2015 ako vecne správne potvrdil podľa § 250q ods. 2 O.s.p. Výrok o trovách konania súd oprel o neúspešnosť navrhovateľa v spore, ktorému uplatnené trovy konania a právneho zastúpenia nepriznal v súlade s ust. § 250 k) a l) O.s.p. Poučenie: Proti tomuto rozsudku je možné podať odvolanie v lehote 15 dní odo dňa jeho doručenia na Krajský súd v Bratislave, písomne, dvojmo. V odvolaní je potrebné uviesť okrem všeobecných náležitostí (§ 42 ods. 3 O.s.p.), proti ktorému rozhodnutiu odvolanie smeruje, v akom rozsahu ho odvolávateľ podáva a v čom vidí nesprávnosť postupu a rozhodnutia súdu.</w:t>
      </w:r>
    </w:p>
    <w:p/>
    <w:p>
      <w:r>
        <w:t>Zdroj: KAUZIS.SK – https://www.kauzis.sk/judikatura/r/ECLI:SK:KSBA:2016:1015201094.1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