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9Sp/57/2015 z 25. 4. 2016</w:t>
      </w:r>
    </w:p>
    <w:p>
      <w:r>
        <w:t>Rozsudok Krajského súdu Bratislava z 25. apríla 2016, sp. zn. 9Sp/57/2015, ECLI:SK:KSBA:2016:1015201120.1</w:t>
      </w:r>
    </w:p>
    <w:p>
      <w:r>
        <w:t>Súd: Krajský súd Bratislava</w:t>
      </w:r>
    </w:p>
    <w:p>
      <w:r>
        <w:t>Spisová značka: 9Sp/57/2015</w:t>
      </w:r>
    </w:p>
    <w:p>
      <w:r>
        <w:t>ECLI: ECLI:SK:KSBA:2016:1015201120.1</w:t>
      </w:r>
    </w:p>
    <w:p>
      <w:r>
        <w:t>Dátum vydania: 25. 4. 2016</w:t>
      </w:r>
    </w:p>
    <w:p>
      <w:r>
        <w:t>Forma: Rozsudok</w:t>
      </w:r>
    </w:p>
    <w:p>
      <w:r>
        <w:t>Oblasť práva: Správne právo</w:t>
      </w:r>
    </w:p>
    <w:p>
      <w:pPr>
        <w:pStyle w:val="Heading2"/>
      </w:pPr>
      <w:r>
        <w:t>Text rozhodnutia</w:t>
      </w:r>
    </w:p>
    <w:p>
      <w:r>
        <w:t>Súd: Krajský súd Bratislava Spisová značka: 9Sp/57/2015 Identifikačné číslo súdneho spisu: 1015201120 Dátum vydania rozhodnutia: 26. 04. 2016 Meno a priezvisko sudcu, VSÚ: JUDr. Beata Jurgošová ECLI: ECLI:SK:KSBA:2016:1015201120.1 ROZSUDOK V MENE SLOVENSKEJ REPUBLIKY Krajský súd v Bratislave sudkyňou JUDr. Beátou Jurgošovou v právnej veci navrhovateľa: POHOTOVOSŤ, s.r.o., Pribinova 25, Bratislava proti odporcovi: Okresný úrad Senec, katastrálny odbor, Hurbanova 21, Senec za účasti : Š. O., bytom N. X, X., o preskúmanie zákonnosti rozhodnutia odporcu zo dňa 04.05.2015, č. V- 1403/15, takto r o z h o d o l : Súd rozhodnutie odporcu č. V- 1403/15 zo dňa 04.05.2015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01/2015- RAČ uzavretej dňa 2.1.2015 medzi navrhovateľom ako záložným veriteľom a Š. O. ako záložcom, v zastúpení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spol. ProHelp - združením občianskoprávnej pomoci. Dospel k záveru, že predložená zmluva o zriadení záložného práva nie je vkladu 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26.04.2016 nedostavil, svoju neúčasť na ňom ospravedlnil a súhlasil, aby súd rozhodol v jeho neprítomnosti. Odporca sa nedostavil, svoju neúčasť na pojednávaní ospravedlnil a súhlasil s prejednaním veci bez jeho účasti. Zúčastnená osoba Š. O. sa na pojednávanie dostavil. Súd prejednal vec v neprítomnosti navrhovateľa a odporcu.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https://www.kauzis.sk/judikatura/r/ECLI:SK:KSBA:2016:1015201120.1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