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5S/168/2015 z 2. 5. 2016</w:t>
      </w:r>
    </w:p>
    <w:p>
      <w:r>
        <w:t>Uznesenie Krajského súdu Bratislava z 2. mája 2016, sp. zn. 5S/168/2015, ECLI:SK:KSBA:2016:1015201130.2</w:t>
      </w:r>
    </w:p>
    <w:p>
      <w:r>
        <w:t>Súd: Krajský súd Bratislava</w:t>
      </w:r>
    </w:p>
    <w:p>
      <w:r>
        <w:t>Spisová značka: 5S/168/2015</w:t>
      </w:r>
    </w:p>
    <w:p>
      <w:r>
        <w:t>ECLI: ECLI:SK:KSBA:2016:1015201130.2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5S/168/2015 Identifikačné číslo súdneho spisu: 1015201130 Dátum vydania rozhodnutia: 03. 05. 2016 Meno a priezvisko sudcu, VSÚ: Mgr. Zuzana Gaplovská ECLI: ECLI:SK:KSBA:2016:1015201130.2 Uznesenie Krajský súd v Bratislave v právnej veci žalobcu: Z.. K. E., advokát, nar. XX.XX.XXXX, S. 7, XXX XX G., proti žalovanému: Slovenská advokátska komora, Kolárska 4, 813 42 Bratislava, zastúpený: JUDr. Eva Bušová, advokátka, Tobrucká 6, 811 02 Bratislava, o preskúmanie zákonnosti uznesenia Predsedníctva žalovaného č. XXX/X/XXXX zo dňa XX. apríla 2015, takto r o z h o d o l : Súd o p r a v u j e uznesenie Krajského súdu v Bratislave č. k. 5S 168/2015-26 zo dňa 08. marca 2016 tak, že záhlavie uznesenia správne znie: Krajský súd v Bratislave v právnej veci žalobcu: Z.. K. E., advokát, nar. XX.XX.XXXX, S. 7, XXX XX G., proti žalovanému: Slovenská advokátska komora, Kolárska 4, 813 42 Bratislava, zastúpený: JUDr. Eva Bušová, advokátka, Tobrucká 6, 811 02 Bratislava, o preskúmanie zákonnosti uznesenia Predsedníctva žalovaného č. 103/4/2015 zo dňa XX. apríla XXXX. o d ô v o d n e n i e : Pri vyhotovovaní uznesenia tunajšieho súdu č. k. 5S 168/2015-26 zo dňa 08. marca 2016 došlo k chybe v písaní, keď súd v záhlaví uvedeného uznesenia opomenul uviesť právnu zástupkyňu žalovaného, a to Z.. D. G., advokátku, so sídlom Y. 6, XXX XX G..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Vzhľadom na uvedenú zrejmú chybu v písaní súd v súlade s § 164 v spojení s § 167 ods. 2 O.s.p. rozhodol tak, ako je uvedené vo výrokovej časti tohto uznesenia. Poučenie: Proti tomuto rozhodnutiu možno podať odvolanie do 15 dní odo dňa doručenia prostredníctvom podpísaného súdu na Najvyšší súd SR, písomne,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https://www.kauzis.sk/judikatura/r/ECLI:SK:KSBA:2016:1015201130.2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