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6S/174/2015 z 25. 10. 2016</w:t>
      </w:r>
    </w:p>
    <w:p>
      <w:r>
        <w:t>Uznesenie Krajského súdu Bratislava z 25. októbra 2016, sp. zn. 6S/174/2015, ECLI:SK:KSBA:2016:1015201175.1</w:t>
      </w:r>
    </w:p>
    <w:p>
      <w:r>
        <w:t>Súd: Krajský súd Bratislava</w:t>
      </w:r>
    </w:p>
    <w:p>
      <w:r>
        <w:t>Spisová značka: 6S/174/2015</w:t>
      </w:r>
    </w:p>
    <w:p>
      <w:r>
        <w:t>ECLI: ECLI:SK:KSBA:2016:1015201175.1</w:t>
      </w:r>
    </w:p>
    <w:p>
      <w:r>
        <w:t>Dátum vydania: 25. 10. 2016</w:t>
      </w:r>
    </w:p>
    <w:p>
      <w:r>
        <w:t>Forma: Uznesenie</w:t>
      </w:r>
    </w:p>
    <w:p>
      <w:pPr>
        <w:pStyle w:val="Heading2"/>
      </w:pPr>
      <w:r>
        <w:t>Text rozhodnutia</w:t>
      </w:r>
    </w:p>
    <w:p>
      <w:r>
        <w:t>Súd: Krajský súd Bratislava Spisová značka: 6S/174/2015 Identifikačné číslo súdneho spisu: 1015201175 Dátum vydania rozhodnutia: 26. 10. 2016 Meno a priezvisko sudcu, VSÚ: JUDr. Vlastimil Pavlikovský ECLI: ECLI:SK:KSBA:2016:1015201175.1 Uznesenie Krajský súd v Bratislave v právnej veci žalobcu: Železnice Slovenskej republiky, so sídlom Klemensova 8, 813 61 Bratislava, proti žalovanému: Finančné riaditeľstvo Slovenskej republiky, so sídlom Lazovná 63, 974 01 Banská Bystrica, v konaní o preskúmanie zákonnosti rozhodnutia žalovaného č. 1100308/1/199628/2015 zo dňa 14.05.2015, jednohlasne, takto r o z h o d o l : Krajský súd v Bratislave p o s t u p u j e vec Krajskému súdu v Žiline. o d ô v o d n e n i e : 1. Žalobou doručenou Krajskému súdu v Bratislave dňa 17.07.2015 sa žalobca domáhal preskúmania zákonnosti rozhodnutia žalovaného č. 1100308/1/199628/2015 zo dňa 14.05.2015, ktorým žalovaný potvrdil rozhodnutie Obce Gbeľany č. 97/2009/2, číslo konania D2015/17 zo dňa 19.01.2015, ktorým bol žalobcovi vyrubený rozdiel dane z nehnuteľností na zdaňovacie obdobie rok 2009 v sume 11.014,45 €. 2. Dňa 01.07.2016 nadobudli účinnosť tri procesné kódexy - Civilný sporový poriadok (zákon č. 160/2015 Z.z.), Civilný mimosporový poriadok (zákon č. 161/2015 Z.z.) a Správny súdny poriadok? (zákon č. 162/2015 Z.z.),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ako prvostupňový správny orgán Obec Gbeľany, a teda miestne (aj vecne) príslušným je Krajský súd v Žiline,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Žiline.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https://www.kauzis.sk/judikatura/r/ECLI:SK:KSBA:2016:1015201175.1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