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6S/175/2015 z 10. 4. 2016</w:t>
      </w:r>
    </w:p>
    <w:p>
      <w:r>
        <w:t>Opravné uznesenie Krajského súdu Bratislava z 10. apríla 2016, sp. zn. 6S/175/2015, ECLI:SK:KSBA:2016:1015201181.2</w:t>
      </w:r>
    </w:p>
    <w:p>
      <w:r>
        <w:t>Súd: Krajský súd Bratislava</w:t>
      </w:r>
    </w:p>
    <w:p>
      <w:r>
        <w:t>Spisová značka: 6S/175/2015</w:t>
      </w:r>
    </w:p>
    <w:p>
      <w:r>
        <w:t>ECLI: ECLI:SK:KSBA:2016:1015201181.2</w:t>
      </w:r>
    </w:p>
    <w:p>
      <w:r>
        <w:t>Dátum vydania: 10.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6S/175/2015 Identifikačné číslo súdneho spisu: 1015201181 Dátum vydania rozhodnutia: 11. 04. 2016 Meno a priezvisko sudcu, VSÚ: JUDr. Vlastimil Pavlikovský ECLI: ECLI:SK:KSBA:2016:1015201181.2 Opravné uznesenie Krajský súd v Bratislave v právnej veci žalobcu: C.. V. P., O.. XX.X.XXXX, U. XX/XX, XXX XX O., právne zastúpený: Mgr. Štefan Slováčik, advokát so sídlom Farská č. 34, 949 01 Nitra, proti žalovanému: Ministerstvo vnútra Slovenskej republiky, Pribinova č. 2, 812 72 Bratislava, o preskúmanie zákonnosti rozhodnutia žalovaného č.p.: KM-OLVS-2/2015/OPK zo dňa 21.5.2015 v spojitosti s Personálnym rozkazom riaditeľa Krajského riaditeľstva Policajného zboru v Nitre č. 622/2008 zo dňa 17.9.2008 a o oprave rozsudku Krajského súdu v Bratislave č.k. 6S/175/2015-181 zo dňa 29.1.2016, takto r o z h o d o l : Rozsudok Krajského súdu v Bratislave č.k. 6S/175/2015-181 zo dňa 29.1.2016 sa v záhlaví opravuje tak, že správne znie: „Krajský súd v Bratislave v senáte zloženom z predsedníčky senátu JUDr. Soni Langovej a členov senátu Mgr. Mariána Degmu a JUDr. Andrey Kriškovej v právnej veci žalobcu: C.. V. P., O.. XX.X.XXXX, U. XX/XX, XXX XX O., zastúpeného advokátom: Mgr. Štefanom Slováčikom, Farská č. 34, 949 01 Nitra, proti žalovanému: Ministerstvo vnútra Slovenskej republiky, Pribinova č. 2, 812 72 Bratislava, o preskúmanie zákonnosti rozhodnutia žalovaného č.p.: KM-OLVS-2/2015/OPK zo dňa 21.5.2015 v spojitosti s Personálnym rozkazom riaditeľa Krajského riaditeľstva Policajného zboru v Nitre č. 622/2008 zo dňa 17.9.2008, takto...“ Rozsudok Krajského súdu v Bratislave č.k. 6S/175/2015-181 zo dňa 29.1.2016 sa vo výroku v prvom odseku opravuje tak, že správne znie: „Krajský súd v Bratislave napadnuté rozhodnutie žalovaného č.p.: KM-OLVS-2/2015/OPK zo dňa 21.5.2015 z r u š u j e podľa ust. § 250j ods. 2 písm. b) a d) Občianskeho súdneho poriadku a vec v r a c i a žalovanému na ďalšie konanie.“ Rozsudok Krajského súdu v Bratislave č.k. 6S/175/2015-181 zo dňa 29.1.2016 sa v odôvodnení opravuje tak, že na strane 1 prvý odsek odôvodnenia znie: „Žalobou doručenou súdu v zákonom určenej lehote sa žalobca domáhal zrušenia rozhodnutia žalovaného č. KM-OLVS-2/2015/OPK zo dňa 21.5.2015, ktorým žalovaný zamietol rozklad proti prvostupňovému správnemu rozhodnutiu a potvrdil Personálny rozkaz ministra vnútra Slovenskej republiky č. 622 zo dňa 17.09.2008, na základe ktorého bol žalobca podľa § 192 ods. 1 písm. c) zákona č. 73/1998 Z. z. v znení neskorších predpisov o štátnej službe príslušníkov Policajného zboru, Slovenskej informačnej služby, Zboru väzenskej a justičnej stráže SR a Železničnej polície (ďalej len zákon) prepustený zo služobného pomeru príslušníka policajného zboru z dôvodu, že podľa odborného posudku služobného klinického psychológa Nemocnice s poliklinikou MV SR č. 390/2008 zo dňa 08.09.2008, nie je duševne spôsobilý na výkon štátnej služby.“ o d ô v o d n e n i e : Žalobou podanou na Krajský súd v Bratislave dňa 20.7.2015 sa žalobca domáhala preskúmania zákonnosti rozhodnutia žalovaného č. KM-OLVS-2/2015/OPK zo dňa 21.5.2015. Rozsudkom č.k. 6S/175/2015-181 zo dňa 29.1.2016 krajský súd napadnuté rozhodnutie žalovaného zrušil podľa § 250j ods. 2 písm. b) a d) O.s.p. a vec vrátil žalovanému na ďalšie konanie. Zároveň rozhodol o povinnosti žalovaného uhradiť žalobcovi trovy konania titulom odmeny právneho zástupcu vo výške 355,74 €. Voči tomuto rozhodnutiu podal žalovaný odvolanie a spis bol predložený Najvyššiemu súdu Slovenskej republiky. Tento vec vrátil krajskému súdu bez rozhodnutia o podanom odvolaní, nakoľko v písomnom vyhotovení rozsudku krajského súdu došlo k chybe v písaní pri označení žalobou napadnutého rozhodnutia v záhlaví, vo výroku a v odôvodnení odvolaním napadnutého rozsudku krajského súdu. Podľa § 164 veta prvá a druhá O.s.p, súd kedykoľvek aj bez návrhu opraví v rozsudku chyby v písaní a počítaní, ako aj iné zrejmé nesprávnosti. O oprave vydá opravné uznesenie, ktoré doručí účastníkom. Nakoľko Krajský súd v Bratislave zistil, že došlo k chybe v písaní pri označení žalobou napadnutého rozhodnutia v záhlaví, vo výroku a v odôvodnení rozsudku krajského súdu, súd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https://www.kauzis.sk/judikatura/r/ECLI:SK:KSBA:2016:1015201181.2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