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2S/162/2015 z 30. 6. 2016</w:t>
      </w:r>
    </w:p>
    <w:p>
      <w:r>
        <w:t>Uznesenie Krajského súdu Bratislava z 30. júna 2016, sp. zn. 2S/162/2015, ECLI:SK:KSBA:2016:1015201216.1</w:t>
      </w:r>
    </w:p>
    <w:p>
      <w:r>
        <w:t>Súd: Krajský súd Bratislava</w:t>
      </w:r>
    </w:p>
    <w:p>
      <w:r>
        <w:t>Spisová značka: 2S/162/2015</w:t>
      </w:r>
    </w:p>
    <w:p>
      <w:r>
        <w:t>ECLI: ECLI:SK:KSBA:2016:1015201216.1</w:t>
      </w:r>
    </w:p>
    <w:p>
      <w:r>
        <w:t>Dátum vydania: 30.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2S/162/2015 Identifikačné číslo súdneho spisu: 1015201216 Dátum vydania rozhodnutia: 01. 07. 2016 Meno a priezvisko sudcu, VSÚ: JUDr. Marián Trenčan ECLI: ECLI:SK:KSBA:2016:1015201216.1 Uznesenie Krajský súd v Bratislave v právnej veci žalobcov: 1/ V.. D. D., nar. XX.XX.XXXX, M. XXX/XX, W., 2/ I.. H. D., nar. XX.XX.XXXX, M. XXX/XX, W., 3/ V.. V. M., nar, XX.XX.XXXX, M. XXX/XX, W., 4/ V.. Y. M., nar. XX.XX.XXXX, M. XXX/XX, W., 5/ V.. M. K., nar. XX.XX.XXXX, M. XX, W., 6/ V.. I. K., nar. 16.XX.XXXX, M. XX, W., všetci zastúpení: Mgr. Gregor Sadloň, advokát, Košariská 192/42, Dunajská Lužná, proti žalovanému: Okresný úrad Bratislava, odbor výstavby a bytovej politiky, Lamačská cesta 8, Bratislava, o preskúmanie zákonnosti rozhodnutia žalovaného č. OU-BA-B zo dňa XX.XX.XXXX, takto r o z h o d o l : Krajský súd v Bratislave konanie z a s t a v u j e . Žiaden z účastníkov nemá právo na náhradu trov konania. o d ô v o d n e n i e : Žalobou doručenou Krajskému súdu v Bratislave dňa 24.07.2015 sa žalobcovia domáhali preskúmania zákonnosti rozhodnutia žalovaného č. OU-BA-B zo dňa 15.05.2015 o zastavení začatého konania o preskúmanie právoplatného rozhodnutia Obce Limbach č. XXXX-ur/XXXX,XXXX li zo dňa 15.06.2012 v konaní mimo odvolacieho konania z dôvodu, že odpadol dôvod začatého konania. Podaním doručeným správnemu súdu dňa 29.06.2016 vzali žalobcovia žalobu späť. Podľa § 63 S.s.p.,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Podľa § 34 ods. 2 veta prvá S.s.p., ak bola podaná spoločná žaloba, na zmenu tejto žaloby a na jej späťvzatie je potrebný súhlas všetkých žalobcov. Podľa § 99 písm. a) S.s.p., správny súd konanie uznesením zastaví, ak žalobca vzal žalobu späť skôr, ako správny súd vo veci rozhodol. Nakoľko žalobcovia vzali späť žalobu pred rozhodnutím veci, správny súd v súlade s § 99 písm. a) S.s.p. konanie zastavil. O náhrade trov konania správny súd rozhodol podľa § 171 ods. 1 S.s.p. tak, že žiaden z účastníkov nemá právo na náhradu trov konania, nakoľko žalobcovia procesne zavinili zastavenie konania a žalovaný podľa ustálenej judikatúry nemá právo v takomto prípade na náhradu trov konania. Toto rozhodnutie senát Krajského súdu v Bratislave prijal pomerom hlasov 3 : 0 (§ 3 ods. 9 zákona č. 757/2004 Z. z. v znení zákona č. 33/2011 Z. z.). Poučenie: Proti tomuto uzneseniu možno podať kasačnú sťažnosť v lehote jedného mesiaca od jeho doručenia, na Krajský súd v Bratislave. V kasačnej sťažnosti sa má popri všeobecných náležitostiach (§ 57 S.s.p.) uviesť označenie napadnutého rozhodnutia, údaj, kedy bolo napadnuté rozhodnutie doručené sťažovateľovi, opísanie rozhodujúcich skutočností, aby bolo zrejmé, v akom rozsahu a z akých dôvodov podľa § 440 S.s.p.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S.s.p.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https://www.kauzis.sk/judikatura/r/ECLI:SK:KSBA:2016:1015201216.1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