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5S/181/2015 z 25. 1. 2016</w:t>
      </w:r>
    </w:p>
    <w:p>
      <w:r>
        <w:t>Uznesenie Krajského súdu Bratislava z 25. januára 2016, sp. zn. 5S/181/2015, ECLI:SK:KSBA:2016:1015201222.1</w:t>
      </w:r>
    </w:p>
    <w:p>
      <w:r>
        <w:t>Súd: Krajský súd Bratislava</w:t>
      </w:r>
    </w:p>
    <w:p>
      <w:r>
        <w:t>Spisová značka: 5S/181/2015</w:t>
      </w:r>
    </w:p>
    <w:p>
      <w:r>
        <w:t>ECLI: ECLI:SK:KSBA:2016:1015201222.1</w:t>
      </w:r>
    </w:p>
    <w:p>
      <w:r>
        <w:t>Dátum vydania: 25. 1. 2016</w:t>
      </w:r>
    </w:p>
    <w:p>
      <w:r>
        <w:t>Forma: Uznesenie</w:t>
      </w:r>
    </w:p>
    <w:p>
      <w:pPr>
        <w:pStyle w:val="Heading2"/>
      </w:pPr>
      <w:r>
        <w:t>Text rozhodnutia</w:t>
      </w:r>
    </w:p>
    <w:p>
      <w:r>
        <w:t>Súd: Krajský súd Bratislava Spisová značka: 5S/181/2015 Identifikačné číslo súdneho spisu: 1015201222 Dátum vydania rozhodnutia: 26. 01. 2016 Meno a priezvisko sudcu, VSÚ: JUDr. Viera Šebestová ECLI: ECLI:SK:KSBA:2016:1015201222.1 Uznesenie Krajský súd v Bratislave v právnej veci žalobcu: Mgr. U. Y., J. XX, XXX XX K., proti žalovanému: Centrum právnej pomoci - Kancelária Bratislava, Nám. slobody 12, 810 05 Bratislava, o preskúmanie zákonnosti rozhodnutia žalovaného č. 8309/2015-KaBA, Y.: XXXXX/XXXX zo dňa XX.XX.XXXX, o zastavení konania, takto r o z h o d o l : Súd konanie z a s t a v u j e. Žiaden z účastníkov nemá právo na náhradu trov konania. o d ô v o d n e n i e : Dňa XX.XX.XXXX bola na tunajšom súde podaná žaloba, ktorou sa žalobca postupom podľa druhej hlavy piatej časti O.s.p. domáhal preskúmania zákonnosti rozhodnutia žalovaného č. XXXX/XXXX- KaBA, Y.: XXXXX/XXXX zo dňa XX.XX.XXXX, ktorým mu žalovaný predbežne nepriznal poskytnutie právnej pomoci ustanovením právneho zástupcu v konaní o ústavnej sťažnosti pred X. súdom SR. Podľa § 247 ods. X O.s.p. podľa ustanovení tejto hlavy (druhej hlavy piatej časti O.s.p. -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XXX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 250d ods. X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X). U. proti uzneseniu je prípustné. Súd poukazuje na charakter konania v správnom súdnictve, a teda na skutočnosť, že súdna ochrana prostredníctvom správneho súdnictva je subsidiárna (predpokladá aktívnu starostlivosť účastníka alebo dotknutej osoby o okruh svojich práv a povinností napríklad prostredníctvom vyčerpania opravných prostriedkov v správnom konaní) a zasahuje „ex post“; a vo veľmi zriedkavom prípade ju možno využiť „a priori“ spôsobom ako nástroj právnej prevencie proti hrozbe zameranej na práva a povinnosti jednotlivca (napríklad prostredníctvom inštitútu odkladu vykonateľnosti rozhodnutia). Táto zásada je potom vyjadrená aj ustanovením § 248 písm. a) O.s.p., podľa ktorého súdy nepreskúmavajú rozhodnutia správnych orgánov predbežnej povahy a procesné rozhodnutia týkajúce sa vedenia konania. O. rozhodnutiami sú všetky tie, ktorými sa správne konanie vo veci nekončí. Sú to tie rozhodnutia, ktoré pre žalobcov vo vzťahu k posudzovanej činnosti nezakladajú žiadne práva a povinnosti s konštitutívnym účinkom, t.j. nie sú spôsobilé ukrátiť žalobcov na ich právach, teda ani na základných právach a slobodách. Podľa § X1 ods. 1 zákona č. XXX/XXXX Z. z. o poskytovaní právnej pomoci osobám v materiálnej núdzi a o zmene a doplnení niektorých zákonov v znení neskorších predpisov žiadateľ, u ktorého hrozí nebezpečenstvo zmeškania lehoty, môže zároveň so žiadosťou požiadať centrum o predbežné poskytnutie právnej pomoci. O predbežnom poskytnutí právnej pomoci centrum rozhodne bez zbytočného odkladu ešte pred rozhodnutím o nároku na poskytnutie právnej pomoci. V prípade, ak žiadateľovi hrozí nebezpečenstvo zmeškania lehoty (napr. na podanie odvolania proti rozhodnutiu súdu, odporu proti platobnému rozkazu, a pod.), môže zároveň so žiadosťou o poskytnutie právnej pomoci požiadať centrum o predbežné poskytnutie právnej pomoci. O predbežnom poskytnutí právnej pomoci centrum rozhodne bez zbytočného odkladu. O. právna pomoc je pomoc pred samotným rozhodnutím o nároku na právnu pomoc. O priznaní, resp. nepriznaní predbežnej právnej pomoci centrum bezodkladne rozhodne ešte pred riadnym rozhodnutím o nároku na poskytnutie právnej pomoci. Q. je z vyššie uvedeného zrejmé, napadnuté rozhodnutie o predbežnom poskytnutí právnej pomoci je rozhodnutím správneho orgánu predbežnej povahy, keďže sa ním správne konanie nekončí a samé osebe nie je spôsobilé mať vplyv na práva a povinnosti účastníkov správneho konania. P. R. právnej pomoci - C. K. sp. zn. XXXX/XXXX-KaBA, Y.: XXXXX/XXXX zo dňa XX.XX.XXXX je rozhodnutím, ktoré súdy podľa ust. § 248 písm. a) O.s.p. nepreskúmavajú, a preto súd konanie vo veci v zmysle ust. §250d ods. X O.s.p. zastavil. O náhrade trov konania súd rozhodol podľa § X46 ods. 1 písm. c) O.s.p. s použitím ustanovenia § 246c ods. X O.s.p. tak, že žiaden z účastníkov nemá právo na náhradu trov konania, nakoľko konanie vo veci bolo zastavené. E. rozhodnutie senát C. súdu v Bratislave prijal pomerom hlasov X:X.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https://www.kauzis.sk/judikatura/r/ECLI:SK:KSBA:2016:1015201222.1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