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6S/186/2015 z 15. 11. 2016</w:t>
      </w:r>
    </w:p>
    <w:p>
      <w:r>
        <w:t>Uznesenie Krajského súdu Bratislava z 15. novembra 2016, sp. zn. 6S/186/2015, ECLI:SK:KSBA:2016:1015201282.1</w:t>
      </w:r>
    </w:p>
    <w:p>
      <w:r>
        <w:t>Súd: Krajský súd Bratislava</w:t>
      </w:r>
    </w:p>
    <w:p>
      <w:r>
        <w:t>Spisová značka: 6S/186/2015</w:t>
      </w:r>
    </w:p>
    <w:p>
      <w:r>
        <w:t>ECLI: ECLI:SK:KSBA:2016:1015201282.1</w:t>
      </w:r>
    </w:p>
    <w:p>
      <w:r>
        <w:t>Dátum vydania: 15. 11. 2016</w:t>
      </w:r>
    </w:p>
    <w:p>
      <w:r>
        <w:t>Forma: Uznesenie</w:t>
      </w:r>
    </w:p>
    <w:p>
      <w:pPr>
        <w:pStyle w:val="Heading2"/>
      </w:pPr>
      <w:r>
        <w:t>Text rozhodnutia</w:t>
      </w:r>
    </w:p>
    <w:p>
      <w:r>
        <w:t>Súd: Krajský súd Bratislava Spisová značka: 6S/186/2015 Identifikačné číslo súdneho spisu: 1015201282 Dátum vydania rozhodnutia: 16. 11. 2016 Meno a priezvisko sudcu, VSÚ: JUDr. Vlastimil Pavlikovský ECLI: ECLI:SK:KSBA:2016:1015201282.1 Uznesenie Krajský súd v Bratislave v právnej veci žalobcu: N-ESCOOP, s.r.o., IČO: 00 686 794, Vajnorská 137, Bratislava, zastúpený: advokátska kancelária čipák &amp; partners s. r. o. Vazovova 9/B, Bratislava, v mene ktorej koná JUDr. Ing. Branislav Čipák, konateľ a advokát, proti žalovanému: Finančné riaditeľstvo Slovenskej republiky, Lazovná 63, Banská Bystrica, o preskúmanie zákonnosti rozhodnutia žalovaného č. 1100302/1/176682/2015/885 zo dňa 27.04.2015, takto r o z h o d o l : Krajský súd v Bratislave konanie z a s t a v u j e . Žiaden z účastníkov nemá právo na náhradu trov konania. o d ô v o d n e n i e : 1. Včas podanou žalobou sa žalobca domáhal preskúmania zákonnosti rozhodnutia žalovaného č. 1100302/1/176682/2015/885 zo dňa 27.04.2015, ktorým žalovaný podľa § 74 ods. 4 zákona č. 563/2009 Z. z. o správe daní (daňový poriadok) a o zmene a doplnení niektorých zákonov v znení neskorších predpisov (ďalej aj len „daňový poriadok“) potvrdil rozhodnutie Daňového úradu Bratislava č. 9104403/5/142225/2015/Bf zo dňa 20.01.2015, ktorým žalobcovi určil podľa § 68 ods. 5 a ods. 6 v nadväznosti na § 165b daňového poriadku za zdaňovacie obdobie september 2009 rozdiel dane z pridanej hodnoty v sume X XXX,XX eur a nepriznal mu nadmerný odpočet dane z pridanej hodnoty za zdaňovacie obdobie september 2009 v sume X XXX,XX eur a určil mu vlastnú daňovú povinnosť v sume XX,XX eur. 2. Keďže žalobca spolu so žalobou nezaplatil súdny poplatok za jej podanie, ktorý je 70,- eur, správny súd ho pod následkom zastavenia konania vyzval na jeho zaplatenie výzvou č. k. 6S/186/2015-119 zo dňa 06.10.2016. Výzva bola spolu s príkazom na úhradu a vyjadrením žalovaného doručená právnemu zástupcovi žalobcu dňa 17.10.2016. 3. Žalobca si aj napriek výzve nesplnil poplatkovú povinnosť. 4. Podľa § 5 ods. 1 písm. a) zákona č. 71/1992 Zb. o súdnych poplatkoch a poplatku za výpis z registra trestov v znení neskorších predpisov (ďalej aj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6.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Vzhľadom na to, že žalobca nezaplatil súdny poplatok v lehote ustanovenej vo výzve na jeho zaplatenie, správny súd rozhodol tak, že konanie vo veci zastavil. 8. O náhrade trov konania správny súd rozhodol podľa § 170 písm. b) zákona č. 162/2015 Z. z. Správneho súdneho poriadku (ďalej aj len „S.s.p.“) tak, že žiaden z účastníkov nemá právo na náhradu trov konania, nakoľko konanie bolo zastavené. 9. Toto rozhodnutie senát Krajského súdu v Bratislave prijal pomerom hlasov 3 : 0 (§ 3 ods. 9 zákona č. 757/2004 Z. z. v znení zákona č. 33/2011 Z. z.). Poučenie: Proti tomuto uzneseniu je prípustné odvolanie v lehote 15 dní odo dňa jeho doručenia na súde, proti ktorého uzneseniu smeruje, písomne a to vo troch vyhotoveniach ( § 355 ods. 2 v spojení s § 362 ods. 1 CSP). Odvolanie môže podať strana, v ktorej neprospech bolo rozhodnutie vydané (§ 359 CSP). Odvolanie len proti odôvodneniu rozhodnutia nie je prípustné ( § 358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 364 CSP).</w:t>
      </w:r>
    </w:p>
    <w:p/>
    <w:p>
      <w:r>
        <w:t>Zdroj: KAUZIS.SK – https://www.kauzis.sk/judikatura/r/ECLI:SK:KSBA:2016:1015201282.1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