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1S/197/2015 z 3. 4. 2016</w:t>
      </w:r>
    </w:p>
    <w:p>
      <w:r>
        <w:t>Uznesenie Krajského súdu Bratislava z 3. apríla 2016, sp. zn. 1S/197/2015, ECLI:SK:KSBA:2016:1015201357.1</w:t>
      </w:r>
    </w:p>
    <w:p>
      <w:r>
        <w:t>Súd: Krajský súd Bratislava</w:t>
      </w:r>
    </w:p>
    <w:p>
      <w:r>
        <w:t>Spisová značka: 1S/197/2015</w:t>
      </w:r>
    </w:p>
    <w:p>
      <w:r>
        <w:t>ECLI: ECLI:SK:KSBA:2016:1015201357.1</w:t>
      </w:r>
    </w:p>
    <w:p>
      <w:r>
        <w:t>Dátum vydania: 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1S/197/2015 Identifikačné číslo súdneho spisu: 1015201357 Dátum vydania rozhodnutia: 04. 04. 2016 Meno a priezvisko sudcu, VSÚ: JUDr. Monika Valašíková PhD. ECLI: ECLI:SK:KSBA:2016:1015201357.1 Uznesenie Krajský súd v Bratislave v právnej veci žalobcu: F. S. K., Š. B. M. F. L., I.. XX.XX.XXXX, G. Z. N. K. XXX, F., M., G.. Č.. O. B. G. L., zastúpený advokátkou Mgr. Jarmilou Karak Vargovou, Brečtanová 21, 831 01 Bratislava, proti žalovanému: Riaditeľstvo hraničnej a cudzineckej polície Banská Bystrica, Sládkovičova 25, 974 05 Banská Bystrica, o preskúmanie zákonnosti rozhodnutia žalovaného č. PPZ- HCP-BB2-48-001/2015-SK zo dňa 01.06.2015, takto r o z h o d o l : Krajský súd v Bratislave p o s t u p u j e vec Krajskému súdu v Banskej Bystrici. o d ô v o d n e n i e : Žalobou doručenou tunajšiemu súdu dňa 13.08.2015 sa žalobca domáhal preskúmania zákonnosti rozhodnutia žalovaného č. PPZ-HCP-BB2-48-001/2015-SK zo dňa 01.06.2015, ktorým žalovaný zamietol odvolanie žalobcu a rozhodnutie Oddelenia cudzineckej polície Policajného zboru Žilina č. PPZ- HCP-BB7-43-012/2015-AV zo dňa 09.04.2015 potvrdil.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Žalovaný - Riaditeľstvo hraničnej a cudzineckej polície Banská Bystrica - nie je správnym orgánom s pôsobnosťou pre celé územie Slovenskej republiky. Na prejednanie veci je teda príslušný súd, v obvode ktorého má sídlo žalovaný, teda Krajský súd v Banskej Bystrici. Z tohto dôvodu tunajší súd rozhodol tak, ako je uvedené vo výrokovej časti tohto uznesenia a postúpil vec vecne a miestne príslušnému súdu. Poučenie: Proti tomuto uzneseniu nie je prípustný opravný prostriedok.</w:t>
      </w:r>
    </w:p>
    <w:p/>
    <w:p>
      <w:r>
        <w:t>Zdroj: KAUZIS.SK – https://www.kauzis.sk/judikatura/r/ECLI:SK:KSBA:2016:1015201357.1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