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5S/201/2015 z 28. 11. 2016</w:t>
      </w:r>
    </w:p>
    <w:p>
      <w:r>
        <w:t>Uznesenie Krajského súdu Bratislava z 28. novembra 2016, sp. zn. 5S/201/2015, ECLI:SK:KSBA:2016:1015201365.1</w:t>
      </w:r>
    </w:p>
    <w:p>
      <w:r>
        <w:t>Súd: Krajský súd Bratislava</w:t>
      </w:r>
    </w:p>
    <w:p>
      <w:r>
        <w:t>Spisová značka: 5S/201/2015</w:t>
      </w:r>
    </w:p>
    <w:p>
      <w:r>
        <w:t>ECLI: ECLI:SK:KSBA:2016:1015201365.1</w:t>
      </w:r>
    </w:p>
    <w:p>
      <w:r>
        <w:t>Dátum vydania: 28. 11. 2016</w:t>
      </w:r>
    </w:p>
    <w:p>
      <w:r>
        <w:t>Forma: Uznesenie</w:t>
      </w:r>
    </w:p>
    <w:p>
      <w:pPr>
        <w:pStyle w:val="Heading2"/>
      </w:pPr>
      <w:r>
        <w:t>Text rozhodnutia</w:t>
      </w:r>
    </w:p>
    <w:p>
      <w:r>
        <w:t>Súd: Krajský súd Bratislava Spisová značka: 5S/201/2015 Identifikačné číslo súdneho spisu: 1015201365 Dátum vydania rozhodnutia: 29. 11. 2016 Meno a priezvisko sudcu, VSÚ: JUDr. Viera Šebestová ECLI: ECLI:SK:KSBA:2016:1015201365.1 Uznesenie Krajský súd v Bratislave v právnej veci žalobcu: A.L.K. Humenné, spol. s r.o., Štefánikova 22, 066 01 Humenné, IČO: 36 471 046, zastúpený: Advokátska kancelária JUDr. Ján Spišák, advokát, Idanská 17, pošta P.O.BOX - 67, 040 11 Košice, proti žalovanému: Ministerstvo pôdohospodárstva a rozvoja vidieka Slovenskej republiky, Dobrovičova 12, 812 66 Bratislava, o preskúmanie zákonnosti rozhodnutia žalovaného č. 13870/2015, 1628/2015-640 zo dňa 05.06.2015, takto r o z h o d o l : Súd konanie z a s t a v u j e. Žiaden z účastníkov nemá právo na náhradu trov konania . o d ô v o d n e n i e : 1. Žalobou doručenou na Krajský súd v Bratislave dňa 17.08.2015 sa žalobca domáhal preskúmania zákonnosti rozhodnutia žalovaného č. 13870/2015, 1628/2015-640 zo dňa 05.06.2015, ktorým bolo zamietnuté odvolanie žalobcu proti rozhodnutiu Poľnohospodárskej platobnej agentúry č. 500/1056/17045/2014 zo dňa 04.02.2015, ktorým neschválila žiadosť žalobcu pod reg. č. 83200000099 zo dňa 13.05.2014 o poskytnutie podpory formou: jednotnej platby na plochu podľa čl. 58 NK(ES) č. 1122/2009 a vyrovnávacieho príspevku v znevýhodnených oblastiach podľa čl. 16 NK (ES) č. 65/2011 a doplnkovej platby na plochu podľa § 7 písm. b/ nariadenia vlády SR č. 152/2013 Z.z. 2. Podľa ust. § 5 ods. 1 písm. a) zákona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4. Podľa § 8 ods. 4 zákona č. 71/1992 Zb. ostatné poplatky sú splatné do troch dní po nadobudnutí právoplatnosti rozhodnutia, ktorým sa uložila povinnosť zaplatiť poplatok. 5. Podľa § 9 ods. 7 zákona č. 71/1992 Zb. v konaní pred správnym súdom sa poplatok platí správnemu súdu, ktorý vo veci koná. V konaní o kasačnej sťažnosti sa poplatok platí súdu, ktorý napadnuté rozhodnutie vydá. 6. Podľa § 10 ods. 1 zákona č. 71/1992 Zb., ak nebol zaplatený poplatok splatný podaním žaloby, návrhu na začatie konania, dovolania alebo kasačnej sťažnosti, súd podľa § 9 vyzve poplatníka, aby poplatok zaplatil v lehote, ktorú učí, spravidla v lehote desiatich dní od doručenia výzvy; ak aj napriek výzve poplatok nebol zaplatený v lehote, súd konanie zastaví. O následkoch nezaplatenia poplatku musí byť poplatník vo výzve poučený. 7. Podľa § 10 ods. 3 zákona č. 71/1992 Zb.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predpisu3f) a správca v ňom pokračuje namiesto poplatníka. 8. Žalobca bol vyzvaný výzvou zo dňa 06.10.2016, aby v lehote do 10 dní od doručenia výzvy zaplatil súdny poplatok za žalobu vo výške 70,- eur. Výzva bola doručená právnemu zástupcovi žalobcu dňa 15.10.2016 s tým, že bol v nej poučený o následkoch nezaplatenia súdneho poplatku. 9. Keďže žalobca súdny poplatok za žalobu na základe výzvy súdu nezaplatil, súd podľa § 10 ods. 1 zákona č. 71/1992 Zb. pre nezaplatenie súdneho poplatku zastavil. 10. O trovách konania súd rozhodol podľa § 170 písm. b/ zákona č. 162/2015 Z.z. tak, že žiaden z účastníkov konania nemá právo na náhradu trov konania, ak konanie bolo zastavené. 11. Toto rozhodnutie senát Krajského súdu v Bratislave prijal pomerom hlasov 3:0 ( § 3 ods. 9 zák. č. 754/2004 Z.z.). Poučenie: Proti tomuto uzneseniu je prípustné odvolanie v lehote 15 dní odo dňa jeho doručenia na súde, proti ktorého uzneseniu smeruje, písomne a to vo troch vyhotoveniach ( § 355 v spojení s § 357 a § 362 CSP). Odvolanie môže podať strana, v ktorej neprospech bolo rozhodnutie vydané (§ 359 CSP). Odvolanie len proti odôvodneniu rozhodnutia nie je prípustné ( § 358 CSP). V odvolaní sa popri všeobecných náležitostiach podania uvedie,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 364 CSP).</w:t>
      </w:r>
    </w:p>
    <w:p/>
    <w:p>
      <w:r>
        <w:t>Zdroj: KAUZIS.SK – https://www.kauzis.sk/judikatura/r/ECLI:SK:KSBA:2016:1015201365.1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