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5Sd/95/2015 z 23. 10. 2016</w:t>
      </w:r>
    </w:p>
    <w:p>
      <w:r>
        <w:t>Uznesenie Krajského súdu Bratislava z 23. októbra 2016, sp. zn. 5Sd/95/2015, ECLI:SK:KSBA:2016:1015201386.1</w:t>
      </w:r>
    </w:p>
    <w:p>
      <w:r>
        <w:t>Súd: Krajský súd Bratislava</w:t>
      </w:r>
    </w:p>
    <w:p>
      <w:r>
        <w:t>Spisová značka: 5Sd/95/2015</w:t>
      </w:r>
    </w:p>
    <w:p>
      <w:r>
        <w:t>ECLI: ECLI:SK:KSBA:2016:1015201386.1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5Sd/95/2015 Identifikačné číslo súdneho spisu: 1015201386 Dátum vydania rozhodnutia: 24. 10. 2016 Meno a priezvisko sudcu, VSÚ: JUDr. Milota Tóthová ECLI: ECLI:SK:KSBA:2016:1015201386.1 Uznesenie Krajský súd v Bratislave v právnej veci navrhovateľky F. F., B. G. XX, Č.,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2.12.2014 žiadala preskúmať rozhodnutie odporkyne číslo XXX XXX XXXX X zo dňa 3.11.2014, ktorým odporkyňa zamietla žiadosť navrhovateľky o zvýšenie invalidného dôchodku. Odporkyňa vydala rozhodnutie číslo XXX XXX XXXX X zo dňa 29.7.2015, ktorým zrušila napadnuté rozhodnutie číslo XXX XXX XXXX X zo dňa 3.11.2014 a zároveň rozhodnutím číslo XXX XXX XXXX X zo dňa 29.7.2015 zvýšila navrhovateľke sumu invalidného dôchodku od 30. júna 2015 na 343,90 eur mesačne (miera poklesu schopnosti vykonávať zárobkovú činnosť od 30. júna 2015 je viac ako 70%), čím navrhovateľke celkom vyhovela. Súd podľa § 250o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https://www.kauzis.sk/judikatura/r/ECLI:SK:KSBA:2016:1015201386.1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