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8Sd/96/2015 z 29. 6. 2016</w:t>
      </w:r>
    </w:p>
    <w:p>
      <w:r>
        <w:t>Uznesenie Krajského súdu Bratislava z 29. júna 2016, sp. zn. 8Sd/96/2015, ECLI:SK:KSBA:2016:1015201424.1</w:t>
      </w:r>
    </w:p>
    <w:p>
      <w:r>
        <w:t>Súd: Krajský súd Bratislava</w:t>
      </w:r>
    </w:p>
    <w:p>
      <w:r>
        <w:t>Spisová značka: 8Sd/96/2015</w:t>
      </w:r>
    </w:p>
    <w:p>
      <w:r>
        <w:t>ECLI: ECLI:SK:KSBA:2016:1015201424.1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8Sd/96/2015 Identifikačné číslo súdneho spisu: 1015201424 Dátum vydania rozhodnutia: 30. 06. 2016 Meno a priezvisko sudcu, VSÚ: JUDr. Peter Pospech ECLI: ECLI:SK:KSBA:2016:1015201424.1 Uznesenie Krajský súd v Bratislave v právnej veci navrhovateľa: W. Y., O.. XX. R. XXXX, V. Ž. XX, XXX XX V. , proti odporcovi: Sociálna poisťovňa - ústredie, Ul. 29. augusta č. 8, 813 63 Bratislava, zast. JUDr. Evou Kuchárikovou, o zvýšenie starobného dôchodku, takto r o z h o d o l : Súd konanie z a s t a v u j e . Žiaden z účastníkov nemá právo na náhradu trov konania. o d ô v o d n e n i e : Navrhovateľ svojím návrhom došlým dňa 8.6.2015 žiadal preskúmať rozhodnutie odporkyne číslo XXX XXX XXXX X zo dňa 18.5.2015, ktorým odporkyňa zamietla žiadosť navrhovateľa o zvýšenie invalidného dôchodku. Po vysvetlení predmetu sporu dňa 30.6.2016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https://www.kauzis.sk/judikatura/r/ECLI:SK:KSBA:2016:1015201424.1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