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8Sd/97/2015 z 25. 4. 2016</w:t>
      </w:r>
    </w:p>
    <w:p>
      <w:r>
        <w:t>Uznesenie Krajského súdu Bratislava z 25. apríla 2016, sp. zn. 8Sd/97/2015, ECLI:SK:KSBA:2016:1015201434.1</w:t>
      </w:r>
    </w:p>
    <w:p>
      <w:r>
        <w:t>Súd: Krajský súd Bratislava</w:t>
      </w:r>
    </w:p>
    <w:p>
      <w:r>
        <w:t>Spisová značka: 8Sd/97/2015</w:t>
      </w:r>
    </w:p>
    <w:p>
      <w:r>
        <w:t>ECLI: ECLI:SK:KSBA:2016:1015201434.1</w:t>
      </w:r>
    </w:p>
    <w:p>
      <w:r>
        <w:t>Dátum vydania: 25.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8Sd/97/2015 Identifikačné číslo súdneho spisu: 1015201434 Dátum vydania rozhodnutia: 26. 04. 2016 Meno a priezvisko sudcu, VSÚ: JUDr. Peter Pospech ECLI: ECLI:SK:KSBA:2016:1015201434.1 Uznesenie Krajský súd v Bratislave v právnej veci navrhovateľky: S.. M. D., H.. XX.XX.XXXX, C. Q. XXXX/XX, XXX XX C., proti odporkyni: Sociálna poisťovňa - ústredie, so sídlom Ul. 29. augusta 8, 813 63 Bratislava, o starobný dôchodok, takto r o z h o d o l : Súd konanie z a s t a v u j e . Žiaden z účastníkov nemá právo na náhradu trov konania. o d ô v o d n e n i e : Navrhovateľka podala opravný prostriedok proti rozhodnutiu odporkyne č. XXX XXX XXXX X zo dňa 29.06.2015, ktorým jej bol priznaný starobný dôchodok v sume 532,90 Eur mesačne odo dňa 04.04.2015. V opravnom prostriedku namietala nezhodnotenie doby štúdia odo dňa 01.09.1973 do 03.07.1978. Vzhľadom na námietku navrhovateľky uvedenú v opravnom prostriedku odporkyňa opätovne posúdila nárok navrhovateľky a bolo vydané rozhodnutie číslo XXX XXX XXXX X zo dňa 24.03.2016, ktorým bola navrhovateľke dodatočne započítaná doba štúdia v Spolkovej republike Nemecko v období od 01.09.1973 do 30.09.1978. Podľa § 250o O.s.p. ak správny orgán, ktorého rozhodnutie súd preskúmava, vydá nové rozhodnutie, ktorým návrhu celkom vyhovie, súd uznesením konanie zastaví. Pretože rozhodnutím odporkyne číslo XXX XXX XXXX X zo dňa 24.03.2016 bolo v rámci autoremedúry celkom vyhovené odvolaniu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https://www.kauzis.sk/judikatura/r/ECLI:SK:KSBA:2016:1015201434.1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