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2S/195/2015 z 11. 12. 2016</w:t>
      </w:r>
    </w:p>
    <w:p>
      <w:r>
        <w:t>Uznesenie Krajského súdu Bratislava z 11. decembra 2016, sp. zn. 2S/195/2015, ECLI:SK:KSBA:2016:1015201498.3</w:t>
      </w:r>
    </w:p>
    <w:p>
      <w:r>
        <w:t>Súd: Krajský súd Bratislava</w:t>
      </w:r>
    </w:p>
    <w:p>
      <w:r>
        <w:t>Spisová značka: 2S/195/2015</w:t>
      </w:r>
    </w:p>
    <w:p>
      <w:r>
        <w:t>ECLI: ECLI:SK:KSBA:2016:1015201498.3</w:t>
      </w:r>
    </w:p>
    <w:p>
      <w:r>
        <w:t>Dátum vydania: 11. 12. 2016</w:t>
      </w:r>
    </w:p>
    <w:p>
      <w:r>
        <w:t>Forma: Uznesenie</w:t>
      </w:r>
    </w:p>
    <w:p>
      <w:pPr>
        <w:pStyle w:val="Heading2"/>
      </w:pPr>
      <w:r>
        <w:t>Text rozhodnutia</w:t>
      </w:r>
    </w:p>
    <w:p>
      <w:r>
        <w:t>Súd: Krajský súd Bratislava Spisová značka: 2S/195/2015 Identifikačné číslo súdneho spisu: 1015201498 Dátum vydania rozhodnutia: 12. 12. 2016 Meno a priezvisko sudcu, VSÚ: Mgr. Viliam Pohančeník ECLI: ECLI:SK:KSBA:2016:1015201498.3 Uznesenie Krajský súd v Bratislave v právnej veci žalobcu: ESPRIT spol. s r.o., IČO: 31 563 538, Pletiarska 2, Banská Štiavnica, zastúpený: Advokátska kancelária VÁLKY PARTNERS s.r.o., Muškátová 792/36, Bratislava, v mene ktorej koná JUDr. Ladislav Války, LL.M., advokát a konateľ, proti žalovanému: Ministerstvo školstva, vedy, výskumu a športu Slovenskej republiky, Stromová 1, Bratislava, o preskúmanie zákonnosti rozhodnutia - Správy o zistenej nezrovnalosti č. N21501200/S02 so Žiadosťou o vrátenie finančných prostriedkov projektu č. 26220220066/Z03 zo dňa 10.07.2015,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Žalobou doručenou Krajskému súdu v Bratislave dňa 10.09.2015 sa žalobca domáhal preskúmania zákonnosti Správy o zistenej nezrovnalosti č. N21501200/S02 (ďalej aj len „správa“) v spojení so Žiadosťou o vrátenie finančných prostriedkov projektu č. 26220220066/Z03 zo dňa 10.07.2015 (ďalej aj len „žiadosť“), týkajúcich sa projektu č. 26220220066 s názvom „Integrovaný systém pre simuláciu odtokových procesov“. V žiadosti žalovaný požiadal žalobcu o vrátenie istiny vo výške 49 036,51 eur v lehote do 29.08.2015. 2. Žalobca v žalobe vyjadril názor, že došlo k vypracovaniu zmätočného rozhodnutia, ktoré nie je jasné, zrozumiteľné, podložené na riadnych, platných a súvisiacich právnych predpisoch čo sa týka vnútorného znenia popisu, ako aj aplikácie právneho predpisu. Mal za to, že nedošlo k porušeniu zákona č. 25/2006 Z. z. o verejnom obstarávaní v znení neskorších predpisov (ďalej aj len „zákon č. 25/2006 Z. z.“), ktoré je konštatované v správe a závery uvedené v nej sú nesprávne. Konaním žalovaného došlo k nesprávnemu posúdeniu právneho stavu a k porušeniu základných princípov právneho štátu, ktorým je právna istota, k nedostatočnému oboznámeniu žalobcu o zistenom skutkovom stave. Žalobca sa preto domáhal, aby žalobou napadnuté rozhodnutie súd zrušil a vec vrátil žalovanému na ďalšie konanie. 3. Žalovaný vo vyjadrení k žalobe navrhol konanie zastaviť z dôvodu, že sa jedná o rozhodnutie, ktoré nemôže byť predmetom prieskumu. Správa o zistenej nezrovnalosti nemá povahu správneho rozhodnutia v zmysle správneho poriadku, ktoré je možné preskúmať v zmysle § 247 O.s.p. a nemá povahu rozhodnutia, ktorým by boli dotknuté alebo ohrozené práva žalobcu, pretože je výstupom z monitorovacieho systému, navyše v správe absentuje právne vynútiteľný, vykonateľný výrok o povinnosti vrátiť finančné prostriedky. Žalovaný tiež vyjadril názor, že správa a žiadosť nie sú rozhodnutiami správneho orgánu, nie sú konečným ani záväzným riešením nezrovnalosti, jedná sa iba o úkony predbežného charakteru, ktorých doručením sa adresátove práva a povinnosti nemenia a už vôbec nie zakladajú, sú vylúčené zo súdneho prieskumu. 4. Ďalej žalovaný poukázal na to, že finančné vyčíslenie nezrovnalosti a popis stavu riešenia nezrovnalosti ešte samo o sebe nezakladá povinnosť vrátiť finančné prostriedky. Správa resp. žiadosť o vrátenie finančných prostriedkov má dobrovoľný charakter vo forme výzvy na vrátenie ešte pred začatím správneho konania. Konečným rozhodnutím je až rozhodnutie podľa § 27a ods. 3, 5 a 7 zákona č. 528/2008 Z. z. o pomoci a podpore poskytovanej z fondov Európskeho spoločenstva v znení neskorších predpisov (ďalej aj len „zákon č. 528/2008 Z. z.“), ktoré je preskúmateľné po vyčerpaní riadnych opravných prostriedkov. Ku dňu podania žaloby nedošlo podľa žalovaného k vydaniu právoplatného rozhodnutia o vrátení finančných prostriedkov, a preto neboli naplnené všetky podmienky na preskúmanie rozhodnutia v rámci správneho súdnictva. Správou ani žiadosťou nebol žalobca zaviazaný s konečnou platnosťou k vráteniu prostriedkov, pričom správa je len informatívneho charakteru. Žiadosť má zase dobrovoľný charakter, pretože postup po neuhradení prostriedkov je exaktne vymedzený v § 27a zákona č. 528/2008 Z. z. K záverečnému postupu - vydaniu konečného rozhodnutia zo strany poskytovateľa však z dôvodu podania žaloby nedošlo. 5. Žalobca vo vyjadrení zo dňa 10.05.2016 zotrval na tvrdeniach uvedených v žalobe. Uviedol, že ak by sa žalobou nebránil voči správe, malo by to za následok povinnosť uhradiť korekciu vo výške 1,5 násobku jej pôvodnej sumy vyčíslenej v správe. Nemožno teda tvrdiť, že správa nezasahuje do práv žalobcu alebo sa ich priamo nedotýka. Ďalej poukázal na to, že z ústavnokonformného ako aj eurokonformného výkladu príslušných ustanovení zákona č. 528/2008 Z. z. vyplýva možnosť súdneho prieskumu správy. 6. Žalobca tiež uviedol, že si je vedomý svojej zodpovednosti za vykonanie verejného obstarávania, avšak toto už bolo viackrát zdôvodnené. Žalobca bol opakovane kontrolovaný, pričom prvé dve kontroly nezistili porušenie povinností z jeho strany. Práve naopak, dňa 01.03.2011 mu žalovaný oznámil, že jeho postup pri zadávaní zákazky je v súlade so zákonom č. 25/2006 Z. z. 7. Krajský súd v Bratislave preskúmal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8.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9.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10. Podľa § 248 písm. a) O.s.p., súdy nepreskúmavajú rozhodnutia správnych orgánov predbežnej povahy a procesné rozhodnutia týkajúce sa vedenia konania.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7 písm. e) S.s.p., správne súdy nepreskúmavajú rozhodnutia orgánov verejnej správy a opatrenia orgánov verejnej správy predbežnej, procesnej alebo poriadkovej povahy, ak nemohli mať za následok ujmu na subjektívnych právach účastníka konania. 13.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14.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15. Krajský súd v Bratislave z obsahu administratívneho spisu zistil, že dňa 21.04.2010 došlo k uzatvoreniu Zmluvy o nenávratnom finančnom príspevku medzi žalovaným a žalobcom na projekt s názvom „Integrovaný systém pre simuláciu odtokových procesov“. Na projekte sa podieľali spolu so žalobcom jeho partneri, neziskové organizácie, a to: Národné lesnícke centrum a Štátny geologický ústav Dionýza Štúra. Žalovaný sa na základe zmluvy zaviazal žalobcovi poskytnúť NFP vo výške 60% z celkových výdavkov na realizáciu projektu a Lesníckemu centru a Geologickému ústavu vo výške 100%. Žalobca vyhlásil dňa 15.10.2010 verejné obstarávanie na predmetnú zákazku. 16. Keďže zmluvné strany uvedenej zmluvy sú principiálne v rovnom postavení, nemožno považovať úkony jednej zo zmluvných strán (žalovaného)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vo vyjadrení k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17.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18.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19. Z dokumentácie k prejednávanej veci vyplýva, že žalovaný v sprievodnom liste k žiadosti a výzve výslovne uviedol, že ak žalobca nevyhovie žiadosti o vrátenie časti príspevku, môže príslušná správa finančnej kontroly následne začať voči žalobcovi správne konanie.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20.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21. Vzhľadom na uvedené dospel krajský súd k záveru, že žalobu je potrebné odmietnuť podľa § 98 ods. 1 písm. g) S.s.p. pre jej neprípustnosť, nakoľko smeruje proti opatreniam predbežnej povahy, ktoré nemohli mať za následok ujmu na subjektívnych právach žalobcu. 22.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23.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24. O náhrade trov konania súd rozhodol podľa § 170 písm. a) S.s.p. tak, že žiaden z účastníkov konania nemá právo na náhradu trov konania, nakoľko žaloba bola odmietnutá. 25.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26.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https://www.kauzis.sk/judikatura/r/ECLI:SK:KSBA:2016:1015201498.3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