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5S/221/2015 z 11. 4. 2016</w:t>
      </w:r>
    </w:p>
    <w:p>
      <w:r>
        <w:t>Uznesenie Krajského súdu Bratislava z 11. apríla 2016, sp. zn. 5S/221/2015, ECLI:SK:KSBA:2016:1015201518.2</w:t>
      </w:r>
    </w:p>
    <w:p>
      <w:r>
        <w:t>Súd: Krajský súd Bratislava</w:t>
      </w:r>
    </w:p>
    <w:p>
      <w:r>
        <w:t>Spisová značka: 5S/221/2015</w:t>
      </w:r>
    </w:p>
    <w:p>
      <w:r>
        <w:t>ECLI: ECLI:SK:KSBA:2016:1015201518.2</w:t>
      </w:r>
    </w:p>
    <w:p>
      <w:r>
        <w:t>Dátum vydania: 11. 4. 2016</w:t>
      </w:r>
    </w:p>
    <w:p>
      <w:r>
        <w:t>Forma: Uznesenie</w:t>
      </w:r>
    </w:p>
    <w:p>
      <w:pPr>
        <w:pStyle w:val="Heading2"/>
      </w:pPr>
      <w:r>
        <w:t>Text rozhodnutia</w:t>
      </w:r>
    </w:p>
    <w:p>
      <w:r>
        <w:t>Súd: Krajský súd Bratislava Spisová značka: 5S/221/2015 Identifikačné číslo súdneho spisu: 1015201518 Dátum vydania rozhodnutia: 12. 04. 2016 Meno a priezvisko sudcu, VSÚ: JUDr. Viera Šebestová ECLI: ECLI:SK:KSBA:2016:1015201518.2 Uznesenie Krajský súd v Bratislave v právnej veci žalobcu: J. X., bytom T. Xb, XXX XX U., proti žalovanému: Úrad pre dohľad nad zdravotnou starostlivosťou, Žellova 2, 829 24 Bratislava, o preskúmanie zákonnosti rozhodnutia a návrh na doručenie rozhodnutia správneho orgánu, takto r o z h o d o l : Súd konanie z a s t a v u j e . Žiaden z účastníkov nemá právo na náhradu trov konania. o d ô v o d n e n i e : M. sa žalobou doručenou X. súdu dňa XX.XX.XXXX doručenia rozhodnutia žalovaného. Z podanej žaloby nie je zrejmé, preskúmania ktorého rozhodnutia sa domáha žalobca. X. súd v U. uznesením zo dňa XX.XX.XXXX, č.k. XS/XXX/XXXX-XX vyzval žalobcu na doplnenie žaloby zo dňa XX.XX.XXXX v lehote do XX dní o tieto náležitosti: - správne znenie konečného návrhu (ako navrhuje, aby súd rozhodol - návrh znenia výroku rozsudku, resp. zákonnosť ktorého rozhodnutia žalovaného má byť v súdnom konaní preskúmavaná) - čoho konkrétne sa domáha voči žalovanému, resp. ktoré časti napadnutého rozhodnutia považuje za nezákonné a preto sa domáha ich súdneho prieskumu - ich riadne odôvodnenie. M. je povinný doručiť doplnenú žalobu súdu vo dvoch vyhotoveniach, v lehote vyššie uvedenej, vrátane príloh, inak ich súd vyhotoví na jeho trovy. T. žalobca obdržal dňa XX.XX.XXXX. Podľa § 249 ods. X O.s.p., konanie (v správnych veciach) sa začína na návrh, ktorý sa nazýva žalobou. Podľa § X49 ods. 2 O.s.p., žaloba musí okrem všeobecných náležitostí podania obsahovať označenie rozhodnutia a postupu správneho orgánu, ktoré napadá, vyjadrenie, v akom sa toto rozhodnutie a postup napadá, uvedenie dôvodov, v čom žalobca vidí nezákonnosť rozhodnutia a postupu správneho orgánu a aký konečný návrh robí. Podľa § 250 ods. X O.s.p., účastníkmi konania sú žalobca a žalovaný. Podľa § 250 ods. X O.s.p., pri rozhodnutí správneho orgánu vydaného v správnom konaní je žalovaný správny orgán, ktorý rozhodol v poslednom stupni. Podľa § 43 ods. X O.s.p., sudca alebo poverený zamestnanec súdu uznesením vyzve účastníka, aby nesprávne, neúplné alebo nezrozumiteľné podanie doplnil alebo opravil v lehote, ktorú určí, ktorá nemôže byť kratšia ako 10 dní v uznesení uvedie, ako treba opravu alebo doplnenie vykonať. Uznesením Krajského súdu v Bratislave č.k. 5S/221/2015-10 zo dňa 19.01.2016 bol žalobca vyzvaný na odstránenie vád a zároveň bol poučený, že v prípade neodstránenia vád bude konanie zastavené. Podľa § 250d ods. 3 O.s.p., súd uznesením konanie zastaví, ak sa žaloba podala oneskorene, ak ju podala neoprávnená osoba, ak smeruje proti rozhodnutiu, ktoré nemôže byť predmetom preskúmania súdu, ak žalobca neodstránil vady žaloby, ktorých odstránenie súd nariadil a ktoré bránia vecnému vybavenia žaloby, alebo ak žalobca nie je zastúpený podľa § 250a alebo ak žaloba bola vzatá späť (§ 250h ods. 2). Odvolanie proti uzneseniu je prípustné. Nakoľko žalobca v stanovenej lehote vadu žaloby neodstránil, súd konanie podľa § 250d ods. 3 O.s.p. zastavil. O trovách konania bolo rozhodnuté podľa § 146 ods. 1 písm. c/ O.s.p., pretože v prípade zastavenia konania nemá žiaden z účastníkov právo na ich náhradu. Toto rozhodnutie senát Krajského súdu v Bratislave prijal pomerom hlasov 3:0. Poučenie: Proti tomuto uzneseniu možno podať odvolanie do 15 dní odo dňa jeho doručenia na Krajskom súde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https://www.kauzis.sk/judikatura/r/ECLI:SK:KSBA:2016:1015201518.2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