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10Sd/106/2015 z 15. 8. 2016</w:t>
      </w:r>
    </w:p>
    <w:p>
      <w:r>
        <w:t>Rozsudok Krajského súdu Bratislava z 15. augusta 2016, sp. zn. 10Sd/106/2015, ECLI:SK:KSBA:2016:1015201549.3</w:t>
      </w:r>
    </w:p>
    <w:p>
      <w:r>
        <w:t>Súd: Krajský súd Bratislava</w:t>
      </w:r>
    </w:p>
    <w:p>
      <w:r>
        <w:t>Spisová značka: 10Sd/106/2015</w:t>
      </w:r>
    </w:p>
    <w:p>
      <w:r>
        <w:t>ECLI: ECLI:SK:KSBA:2016:1015201549.3</w:t>
      </w:r>
    </w:p>
    <w:p>
      <w:r>
        <w:t>Dátum vydania: 15. 8. 2016</w:t>
      </w:r>
    </w:p>
    <w:p>
      <w:r>
        <w:t>Forma: Rozsudok</w:t>
      </w:r>
    </w:p>
    <w:p>
      <w:r>
        <w:t>Oblasť práva: Správne právo</w:t>
      </w:r>
    </w:p>
    <w:p>
      <w:pPr>
        <w:pStyle w:val="Heading2"/>
      </w:pPr>
      <w:r>
        <w:t>Text rozhodnutia</w:t>
      </w:r>
    </w:p>
    <w:p>
      <w:r>
        <w:t>Súd: Krajský súd Bratislava Spisová značka: 10Sd/106/2015 Identifikačné číslo súdneho spisu: 1015201549 Dátum vydania rozhodnutia: 16. 08. 2016 Meno a priezvisko sudcu, VSÚ: JUDr. Beata Jurgošová ECLI: ECLI:SK:KSBA:2016:1015201549.3 ROZSUDOK V MENE SLOVENSKEJ REPUBLIKY Krajský súd v Bratislave sudkyňou JUDr. Beátou Jurgošovou v právnej veci navrhovateľa: F. R., bytom J. N. A. XXX, I., proti odporkyni: Sociálna poisťovňa ústredie v Bratislave, ul. 29. augusta č. 8, Bratislava, o invalidný dôchodok, takto r o z h o d o l : Súd rozhodnutie odporkyne číslo XXX XXX XXXX X zo dňa 3. júla 2015 p o t v r d z u j e . Účastníkom náhradu trov konania nepriznáva. o d ô v o d n e n i e : Rozhodnutím číslo XXX XXX XXXX X zo dňa 3. júla 2015 odporkyňa podľa § 70 ods. 1 a § 82 zákona č. 461/2003 Z.z. o sociálnom poistení v znení neskorších predpisov navrhovateľovi od 15. júna 2015 priznala invalidný dôchodok v sume 459,10 eur mesačne. Rozhodla tak s odôvodnením, že navrhovateľ bol uznaný za invalidného z dôvodu, že má pokles schopnosti vykonávať zárobkovú činnosť o viac ako 70 % v porovnaní so zdravou fyzickou osobou. Navrhovateľov dlhodobo nepriaznivý zdravotný stav a pokles schopnosti vykonávať zárobkovú činnosť bol posúdený posudkovým lekárom sociálneho poistenia Sociálnej poisťovne, pobočka Bratislava. Navrhovateľ návrhom zo dňa 19.8.2015 žiadal preskúmať toto rozhodnutie a namietal nízku sumu invalidného dôchodku. Súd preskúmal napadnuté rozhodnutie podľa § 250l a nasl. O.s.p., prejednal návrh navrhovateľa a dospel k záveru, že návrh nie je dôvodný. Súd vykonal dokazovanie výsluchom odporkyne, posudkom posudkového lekára Sociálnej poisťovne pobočky Bratislava zo dňa 17.6.2015,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15. júna 2015 na základe posudku posudkového lekára Sociálnej poisťovne pobočka Bratislava zo dňa 17. júna 2015, ktorý ho uznal za invalidného podľa § 71 ods. 1 zákona č. 461/2003 Z. z. o sociálnom poistení s mierou poklesu schopnosti vykonávať zárobkovú činnosť 80 %. Rozhodujúcim zdravotným postihnutím u navrhovateľa boli stanovené choroby krvi a krvotvorných orgánov, maligné lymgómy, pokročilé štádium s ťažkými klinickými a laboratórnymi prejavmi, s ťažkým vplyvom na celkový stav organizmu ( kapitola II., položka 5) písm. c) prílohy č. 4 zákona č. 461/2003 Z.z. ), kde mieru poklesu schopnosti vykonávať zárobkovú činnosť posudkový lekár stanovil na 80 %. Celková miera poklesu schopnosti vykonávať zárobkovú činnosť je 80 %. Dátum vzniku invalidity stanovil od 15.06.2015. Posudkový lekár v posudku uviedol, že na ostatné ochorenia, ktoré nie sú rozhodujúcim zdravotným postihnutím, a svojou podstatou neovplyvňujú funkčný stav organizmu, nenavýšil percentuálnu mieru poklesu schopnosti zárobkovej činnosti. Navrhovateľ v opravnom prostriedku zo dňa 07.01.2014 namietal nízku sumu dôchodku. Navrhovateľ sa na pojednávanie dňa 16.8.2016 napriek riadnemu predvolaniu nedostavil, svoju neúčasť na pojednávaní ospravedlnil zo zdravotných dôvodov a súhlasil, aby súd rozhodol v jeho neprítomnosti, a preto súd podľa § 101 ods. 2 Občianskeho súdneho poriadku (ďalej len O.s.p.) vec prejednal v jeho neprítomnosti. Zástupkyňa odporkyne žiadala napadnuté rozhodnutie potvrdiť. Posudkový lekár sociálneho poistenia Sociálnej poisťovne pobočka Bratislava vo svojom vyššie uvedenom posudku zohľadnil všetky navrhovateľom uvádzané ťažkosti a vyporiadal sa s lekárskymi nálezmi nachádzajúcimi sa v zdravotnej dokumentácii navrhovateľa. Určil, že rozhodujúcim zdravotným postihnutím u navrhovateľa je choroba krvi a krvotvorných orgánov, maligné lymgómy, pokročilé štádium s ťažkými klinickými a laboratórnymi prejavmi, s ťažkým vplyvom na celkový stav organizmu (kapitola II, položka 5, písm. c) prílohy č. 4 zákona č. 461/2003 Z.z.). Mieru poklesu schopnosti vykonávať zárobkovú činnosť stanovil na 80 %. Vysvetlil, že je to jediná percentuálna hodnota, a na ostané ochorenia, ktoré nie sú rozhodujúcim zdravotným postihnutím, a svojou podstatou neovplyvňujú funkčný stav organizmu, nenavýšil percentuálnu mieru poklesu schopnosti vykonávať zárobkovú činnosť. Celková miera poklesu schopnosti vykonávať zárobkovú činnosť je 80 %. Dátum vzniku invalidity stanovil od 15.6.2015. Navrhovateľ je invalidný podľa § 71 ods. 1 zákona č. 461/2003 Z.z. o sociálnom poistení v znení neskorších predpisov, lebo pre dlhodobo nepriaznivý zdravotný stav má pokles schopnosti vykonávať zárobkovú činnosť o viac ako 40 % v porovnaní so zdravou fyzickou osobou. Zistenie posudkového lekára nebolo spochybnené ani v súdnom konaní. Záver posudku posudkového lekára je odborný, presvedčivý, náležite zdôvodnený a súd nezistil rozpor medzi jeho záverom a zisteným skutočným stavom. Navrhovateľ splnil podmienky nároku na invalidný dôchodok, a suma invalidného dôchodku bola určená podľa § 73 ods. 1 zákona č. 461/2003 Z.z. o sociálnom poistení v znení neskorších predpisov ako súčin priemerného osobného mzdového bodu, obdobia dôchodkového poistenia získaného ku dňu vzniku nároku na invalidný dôchodok, ku ktorému sa pripočítava obdobie od vzniku nároku na invalidný dôchodok do dovŕšenia dôchodkového veku, a aktuálnej dôchodkovej hodnoty. Ku dňu vzniku nároku na invalidný dôchodok, navrhovateľ získal 14 961 dní obdobia dôchodkového poistenia, ku ktorému sa pripočítava obdobie od vzniku nároku na invalidný dôchodok do dosiahnutia dôchodkového veku. Dôchodkový vek podľa § 65 ods. 2 zákona č. 461/2003 Z.z. o sociálnom poistení dosiahne dovŕšením 62 rokov veku, t.j. dňa 17.5.2020. Aktuálna dôchodková hodnota platná k 15.6.2015 je 10,6865 eur. Suma invalidného dôchodku je 454,50 eur mesačne. Táto suma je určená ako súčin priemerného osobného mzdového bodu 0,9261 x 45,9151 rokov obdobia dôchodkového poistenia s pripočítaným obdobím x aktuálna dôchodková hodnota 10,6865 = 454,50 eur. Suma invalidného dôchodku podľa § 82 zákona č. 461/2003 Z.z. v znení neskorších predpisov sa zvyšuje odo dňa priznania dôchodku o 4,60 eur mesačne, t.j. na sumu 459,10 eur mesačne. Súd konštatoval, že odporkyňa pri výpočte invalidného dôchodku navrhovateľa postupovala správne podľa citovaných zákonných ustanovení. Krajský súd preto z vyššie uvedených dôvodov napadnuté rozhodnutie odporkyne číslo XXX XXX XXXX X zo dňa 3. júla 2015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w:t>
      </w:r>
    </w:p>
    <w:p/>
    <w:p>
      <w:r>
        <w:t>Zdroj: KAUZIS.SK – https://www.kauzis.sk/judikatura/r/ECLI:SK:KSBA:2016:1015201549.3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