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1S/227/2015 z 22. 6. 2016</w:t>
      </w:r>
    </w:p>
    <w:p>
      <w:r>
        <w:t>Uznesenie Krajského súdu Bratislava z 22. júna 2016, sp. zn. 1S/227/2015, ECLI:SK:KSBA:2016:1015201578.1</w:t>
      </w:r>
    </w:p>
    <w:p>
      <w:r>
        <w:t>Súd: Krajský súd Bratislava</w:t>
      </w:r>
    </w:p>
    <w:p>
      <w:r>
        <w:t>Spisová značka: 1S/227/2015</w:t>
      </w:r>
    </w:p>
    <w:p>
      <w:r>
        <w:t>ECLI: ECLI:SK:KSBA:2016:1015201578.1</w:t>
      </w:r>
    </w:p>
    <w:p>
      <w:r>
        <w:t>Dátum vydania: 22.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1S/227/2015 Identifikačné číslo súdneho spisu: 1015201578 Dátum vydania rozhodnutia: 23. 06. 2016 Meno a priezvisko sudcu, VSÚ: JUDr. Monika Valašíková PhD. ECLI: ECLI:SK:KSBA:2016:1015201578.1 Uznesenie Krajský súd v Bratislave v právnej veci žalobcu: L.. M. V., F. XXXX/X, XXX XX F. Z., právne zastúpený: SCHWEIZER LEGAL, s.r.o., Palisády 32, 811 06 Bratislava, proti žalovanému: Mestská časť Bratislava - Jarovce, Palmová 1, 851 10 Bratislava, o preskúmanie zákonnosti rozhodnutia žalovaného č. UKSP 1417-TX1/2014-Kch-14 zo dňa 14.05.2014, takto r o z h o d o l : Krajský súd v Bratislave konanie z a s t a v u j e . Žiaden z účastníkov nemá právo na náhradu trov konania. o d ô v o d n e n i e : Žalobou doručenou tunajšiemu súdu dňa 25.09.2015 sa žalobca domáhal preskúmania zákonnosti rozhodnutia žalovaného č. UKSP 1417-TX1/2014-Kch-14 zo dňa 14.05.2014, ktorým žalovaný mimo odvolacieho konania povolil zmenu stavby pred dokončením na ,,Rodinný dom a garáž“ na parc. ,,C“ KN č. XXX/XXX a XXX/XXX, v kat. území M., zapísaných na LV č. XXXX. Zároveň žalobca požiadal súd o odklad vykonateľnosti napadnutého rozhodnutia. Pred rozhodnutím vo veci samej žalobca svojím podaním osobne podaným na tunajšom súde dňa 18.05.2016 oznámil, že berie svoju žalobu v celom rozsahu späť a náhradu trov konania si neuplatňuje. Podľa ust. § 250h ods. 2 O.s.p., až do rozhodnutia súdu môže žalobca vziať žalobu späť, ak žalovanému medzitým vznikli trovy konania, rozhodne súd o ich náhrade. Podľa ust. § 250d ods. 3 O.s.p., súd uznesením konanie zastaví aj vtedy, ak žaloba bola vzatá späť (§ 250h ods. 2 O.s.p.). Vzhľadom na skutočnosť, že žalobca vzal späť žalobu pred rozhodnutím veci, súd v súlade s ust. § 250d ods. 3 O.s.p. konanie zastavil. O trovách konania súd rozhodol podľa ust. § 146 ods. 1 písm. c) O.s.p. s použitím ust. § 246c ods. 1, veta prvá O.s.p. tak, že žiaden z účastníkov nemá právo na náhradu trov konania, pretože konanie vo veci bolo zastavené. Toto rozhodnutie prijal senát Krajského súdu v Bratislave v pomere hlasov 3:0 (podľa § 3 ods. 9 zákona č. 757/2004 Z. 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https://www.kauzis.sk/judikatura/r/ECLI:SK:KSBA:2016:1015201578.1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