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10Sd/114/2015 z 28. 2. 2016</w:t>
      </w:r>
    </w:p>
    <w:p>
      <w:r>
        <w:t>Uznesenie Krajského súdu Bratislava z 28. februára 2016, sp. zn. 10Sd/114/2015, ECLI:SK:KSBA:2016:1015201700.1</w:t>
      </w:r>
    </w:p>
    <w:p>
      <w:r>
        <w:t>Súd: Krajský súd Bratislava</w:t>
      </w:r>
    </w:p>
    <w:p>
      <w:r>
        <w:t>Spisová značka: 10Sd/114/2015</w:t>
      </w:r>
    </w:p>
    <w:p>
      <w:r>
        <w:t>ECLI: ECLI:SK:KSBA:2016:1015201700.1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10Sd/114/2015 Identifikačné číslo súdneho spisu: 1015201700 Dátum vydania rozhodnutia: 29. 02. 2016 Meno a priezvisko sudcu, VSÚ: JUDr. Beata Jurgošová ECLI: ECLI:SK:KSBA:2016:1015201700.1</w:t>
      </w:r>
    </w:p>
    <w:p>
      <w:r>
        <w:t>Uznesenie Krajský súd v Bratislave v právnej veci navrhovateľky: I. T., bytom H. Š. XXXX/XX, T.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30.7.2015 žiadala preskúmať rozhodnutie odporkyne číslo XXX XXX XXXX X zo dňa 15. júla 2015, ktorým odporkyňa zamietla žiadosť o invalidný dôchodok zo dňa 19. júna 2015.</w:t>
      </w:r>
    </w:p>
    <w:p>
      <w:r>
        <w:t>Na posúdení zdravotného stavu dňa 14. septembra 2015 navrhovateľka oznámila, že súhlasí s posúdením zdravotného stavu, ako aj výslednou mierou poklesu schopnosti vykonávať zárobkovú činnosť 45% od 18.5.2015, a opravný prostriedok berie späť a žiada konanie zastaviť na krajskom súde.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https://www.kauzis.sk/judikatura/r/ECLI:SK:KSBA:2016:1015201700.1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