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10Sd/117/2015 z 17. 10. 2016</w:t>
      </w:r>
    </w:p>
    <w:p>
      <w:r>
        <w:t>Rozsudok Krajského súdu Bratislava z 17. októbra 2016, sp. zn. 10Sd/117/2015, ECLI:SK:KSBA:2016:1015201744.2</w:t>
      </w:r>
    </w:p>
    <w:p>
      <w:r>
        <w:t>Súd: Krajský súd Bratislava</w:t>
      </w:r>
    </w:p>
    <w:p>
      <w:r>
        <w:t>Spisová značka: 10Sd/117/2015</w:t>
      </w:r>
    </w:p>
    <w:p>
      <w:r>
        <w:t>ECLI: ECLI:SK:KSBA:2016:1015201744.2</w:t>
      </w:r>
    </w:p>
    <w:p>
      <w:r>
        <w:t>Dátum vydania: 17. 10. 2016</w:t>
      </w:r>
    </w:p>
    <w:p>
      <w:r>
        <w:t>Forma: Rozsudok</w:t>
      </w:r>
    </w:p>
    <w:p>
      <w:r>
        <w:t>Oblasť práva: Správne právo</w:t>
      </w:r>
    </w:p>
    <w:p>
      <w:pPr>
        <w:pStyle w:val="Heading2"/>
      </w:pPr>
      <w:r>
        <w:t>Text rozhodnutia</w:t>
      </w:r>
    </w:p>
    <w:p>
      <w:r>
        <w:t>Súd: Krajský súd Bratislava Spisová značka: 10Sd/117/2015 Identifikačné číslo súdneho spisu: 1015201744 Dátum vydania rozhodnutia: 18. 10. 2016 Meno a priezvisko sudcu, VSÚ: JUDr. Beata Jurgošová ECLI: ECLI:SK:KSBA:2016:1015201744.2 ROZSUDOK V MENE SLOVENSKEJ REPUBLIKY Krajský súd v Bratislave sudkyňou JUDr. Beátou Jurgošovou v právnej veci navrhovateľky: S. N. W., bytom G. XXXX/XX, Z., proti odporkyni: Sociálna poisťovňa ústredie v Bratislave, ul. 29. augusta č. 8, Bratislava, o invalidný dôchodok, takto r o z h o d o l : Súd rozhodnutie odporkyne číslo 616 105 9014 0 zo dňa 1. apríla 2015 potvrdzuje. Účastníkom náhradu trov konania nepriznáva. o d ô v o d n e n i e : Rozhodnutím číslo XXX XXX XXXX X zo dňa 1.apríla 2015 odporkyňa podľa § 73, § 112 ods. 4 a 6, § 82 zákona č. 461/2003 Z.z. o sociálnom poistení v znení neskorších predpisov znížila navrhovateľke sumu invalidného dôchodku od 8.mája 2015 na 151,00 eur mesačne. Rozhodla tak s odôvodnením, že podľa posudku posudkového lekára Sociálnej poisťovne, pobočka Bratislava zo dňa 11. marca 2015 navrhovateľka je naďalej invalidná s mierou poklesu schopnosti vykonávať zárobkovú činnosť 55 %. Navrhovateľka návrhom zo dňa 15.05.2015 žiadala preskúmať toto rozhodnutie a namietala zhoršenie svojho zdravotného stavu a priložila k opravnému prostriedku lekárske správy. Súd preskúmal napadnuté rozhodnutie podľa § 250l a nasl. O.s.p., prejednal návrh navrhovateľky a dospel k záveru, že návrh nie je dôvodný. Súd vykonal dokazovanie výsluchom navrhovateľky a odporkyne, posudkami posudkového lekára Sociálnej poisťovne pobočky Bratislava zo dňa 11. marca 2015 a zo dňa 24. júna 2015, posudkom posudkového lekára Sociálnej poisťovne ústredie Bratislava zo dňa 8. októbra 2015 a 24. augusta 2016, oboznámil sa s posudkovým spisom odporkyne a zistil tento skutkový stav. Podľa § 70 ods. 1 zákona č. 461/2003 Z.z. o sociálnom poistení v znení zákona č. 439/2004 Z.z.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73 ods. 2 cit. zákona suma invalidného dôchodku poistenca, ktorý má percentuálny pokles schopnosti vykonávať zárobkovú činnosť najviac o 70 %,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Hodnotenie miery zhoršenia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 153 ods. 5 zákona č. 461/2003 Z.z.). Podľa § 112 ods. 4 zákona č. 461/2003 Z.z. o sociálnom poistení v znení neskorších predpisov výplata dávky sa zastaví, uvoľní alebo sa dávka vypláca v nižšej sume alebo vo vyššej sume, ak sa zmenia skutočnosti rozhodujúce na nárok na výplatu dávky. Navrhovateľka bola uznaná za invalidnú od 11.3.2015 na základe posudku posudkového lekára Sociálnej poisťovne pobočka Bratislava zo dňa 11.3.2015, ktorý ju uznal za invalidnú podľa § 71 ods. 1 zákona č. 461/2003 Z. z. o sociálnom poistení s mierou poklesu vykonávať zárobkovú činnosť 55 %. Rozhodujúcim zdravotným postihnutím u navrhovateľky boli poruchy nálad (manické, depresívne, periodické) stredne ťažké formy ( kapitolaV., položka 3a) prílohy č. 4 zákona č. 461/2003 Z.z. ), kde mieru poklesu schopnosti vykonávať zárobkovú činnosť posudkový lekár stanovil na 45 %. Za iné zdravotné postihnutie zvýšil percentuálnu mieru o 10 %. Celková miera poklesu schopnosti vykonávať zárobkovú činnosť je 55 %. Navrhovateľka v opravnom prostriedku zo dňa 15.05.2015 nesúhlasila s určenou mierou poklesu schopnosti vykonávať zárobkovú činnosť. Posudkový lekár Sociálnej poisťovne pobočka Bratislava v posudku zo dňa 11. marca 2015 uviedol, že navrhovateľka v roku 2013 bola uznaná invalidnou s MPSVZČ 45 %, zmena na 60 % v roku 2014 pre vertebropatiu s MPSVZČ 50 % + 10 % navýšenie pre glaukóm. V novej žiadosti o zvýšenie navrhovateľka doložila nálezy, podľa ktorých je práceneschopná a lieči sa na akútne zhoršenú chronickú otitídu, berie chemoprofylaxiu pre podozrenie na latentné TBC a zhoršil sa jej psychický stav. Vertebrogénne ťažkosti sú stabilizované, aktuálne sa v dokumentácii neuvádzajú prejavy dlhodobého nervového a svalového dráždenia, poruchy vyprázdňovania, ťažká porucha statodynamiky. Uvedené ochorenie nemožno považovať za rozhodujúce zdravotné postihnutie s MPSVZČ 50% ako bolo pri predchádzajúcom posúdení. Taktiež nie je dokumentované zhoršenie zrakových funkcií na podklade glaukómu. Z chronických ochorení je aktuálne v popredí depresívna porucha, opakovane hodnotené psychiatričkou ako stredne ťažká, ktorej prináleží MPSVZČ 45%. Zvýšenie percentuálnej miery o 10 % pre ostatné ochorenia ( H 66, M 50, H 40). Celková MPSVZČ je vo výške 55% odo dňa prejednania t.j. od 11.3.2015. Posudkový lekár Sociálnej poisťovne pobočka Bratislava v posudku zo dňa 24. júna 2015 taktiež uviedol, že navrhovateľka je od roku 2013 invalidná s MPSVZČ na 45 %, zmena na 60 % v roku 2014 pre vertebropatiu s MPSVZČ 50% + 10% navýšenia pre glaukóm. V žiadosti o zvýšenie doložila nálezy, podľa ktorých je práceneschopná (ročné podporné obdobie končí 1.7.2015) a lieči sa na akútne zhoršenú chronickú otitídu, berie chemoprofylaxiu pre podozrenie na latentné TBC a zhoršil sa jej psychický stav. Vertebrogénne ťažkosti sú stabilizované, aktuálne sa v dokumentácii neuvádzajú prejavy dlhodobého nervového a svalového dráždenia, poruchy vyprázdňovania, ťažká porucha statodynamiky. Vzľadom na uvedené nemožno považovať za rozhodujúce zdravotné postihnutie s MPSVZČ 50 % ako bolo pri predchádzajúcom posúdení. Taktiež nie je dokumentované zhoršenie zrakových funkcií na podklade glaukómu. Z chronických ochorení je aktuálne v popredí depresívna porucha, opakovane hodnotené psychiatričkou ako stredne ťažká, ktorej prináleží MPSVZČ 45%. Zvýšenie percentuálnej miery o 10 % pre ostatné ochorenia (H 66, M 50, H 40). Celková MPSVZČ je vo výške 55 % odo dňa prejednania, t.j. od 11.3.2015. Zároveň uviedol, že novodoložené neurologické vyšetrenie zo dňa 15.5.2015 nemení posudkový záver, MPSVZČ je naďalej 55 % po navýšení, akoľko je bez útlakových príznakov s poruchou hybnosti chrbtice ťažkého stupňa. Meylopatia nepotvrdená. Posudkový lekár Sociálnej poisťovne ústredie Bratislava v posudku zo dňa 8.10.2015 uviedol, že po podrobnom preskúmaní celej posudkovej dokumentácie, ako i po vlastnom vyšetrení navrhovateľky konštatoval, že posúdenie jej dlhodobého nepriaznivého zdravotného stavu na účely invalidity bolo správne. Posúdenie s uvedenou MPSVZČ považoval na základe odborných lekárskych nálezov za mimoriadne priaznivé. Poukázal na to, že v popredí klinickej symptomatológie sú psychické príznaky, ktoré zodpovedajú stredne ťažkému stupňu depresívnej poruchy, ktorá však aktuálne nie je liečená, pretože poistenka nemá náhľad na kauzalitu svojich zdravotných ťažkostí. Nález na chrbtici nie je závažný, nemá žiadny motorický deficit (obrnu), svalová sila je zachovaná. Posudkový záver z predchádzajúcich posúdení zdravotného stavu nemenil. Posudkový lekár Sociálnej poisťovne ústredie Bratislava v posudku zo dňa 24. augusta 2016 uviedol, že objektívny klinický nález na chrbtici zodpovedá aktuálne rozhraniu hornej hranice miery poklesu schopnosti vykonávať zárobkovú činnosť (MPSVZČ), ako je uvedené v Položke č. 3.b) resp. Položke 3.c). Prílohy č. 4 k zákonu č. 461/2003 Z.z. o sociálnom poistení v znení neskorších predpisov- Položka 3.b) je definovaná nasledovne: Degeneratívne zmeny na chrbtici a medzistavcových platničkách, s miernym funkčným postihnutím, s prejavmi nervového a svalového dráždenia, slabosť svalového korzetu, obmedzenie pohybu v postihnutom úseku. Tomuto postihnutiu zodpovedá MPSVZČ 20 až 35%. Zaradenie ochorenia chrbtice do Položky 3.c) s určením dolnej hranice MPSVZČ 40% (s trvalým ťažkým postihnutím chrbtice a často recidivujúcimi, dlhotrvajúcimi prejavmi dráždenia nervov a svalov, s ťažkou poruchou statiky a dynamiky chrbtice, s výraznou poruchou svalového korzetu), z percentuálneho rozpätia MPSVZČ 40 - 50%, by bolo pre navrhovateľku nevýhodnejšie, ako je určená MPSVZČ 45% pre duševné ochorenie - recidivujúcu depresívnu poruchu stredne ťažkého stupňa. Z dôvodu, že určenie ochorenia chrbtice alebo váhonosných kĺbov ako rozhodujúceho zdravotného postihnutia by bolo pre klientku na základe novo doložených odborných lekárskych nálezov nevýhodnejšie, ako je aktuálne určená MPSVZČ, ponecháva určené rozhodujúce zdravotné postihnutia tak, ako bolo určené pri KLP dňa 11.3.2015, dňa 24.6.2015, ako i pri posúdení na ústredí Sociálnej poisťovne dňa 8.10.2015. Naďalej potvrdil invaliditu od 11.3.2015 s celkovou MPSVZČ 55 %, z toho 45 % na rozhodujúce zdravotné postihnutie - duševné choroby a poruchy správania, poruchy nálad (mánické, depresívne, periodické), stredne ťažké formy a 10% pre ostastné ochorenia. Navrhovateľka je naďalej invalidná podľa § 71 ods. 1 zákona č. 461/2003 Z. z. o sociálnom poistení. Navrhovateľka na pojednávaní poukázala na to, že jej zdravotný stav sa zhoršil, pred 4 rokmi mala operáciu, neustále má zápaly a infekcie. Zástupkyňa odporkyne žiadala napadnuté rozhodnutie zo dňa 1.4.2015 o znížení invalidného dôchodku ako vecne správne potvrdiť. Zdravotný stav navrhovateľky a miera poklesu schopnosti vykonávať zárobkovú činnosť (MPSVZČ) boli posúdené posudkovým lekárom sociálneho poistenia dňa 11.3.2015, 24.6.2015, 8.10.2015, 24.8.2015 so záverom, že invalidita trvá naďalej, a bola zmena MPSVZČ zo 60 % na 55 % od 11.3.2015. Posudkoví lekári sociálneho poistenia Sociálnej poisťovne pobočka Bratislava ako aj posudkoví lekári sociálneho poistenia Sociálnej poisťovne ústredie Bratislava vo svojich vyššie uvedených posudkoch zohľadnili všetky navrhovateľkou uvádzané ťažkosti a vyporiadali sa s lekárskymi nálezmi nachádzajúcimi sa v zdravotnej dokumentácii navrhovateľky. Zhodne určili, že rozhodujúcim zdravotným postihnutím u navrhovateľky sú duševné choroby a poruchy správania, poruchy nálad (mánické, depresívne, periodické), stredne ťažké formy, F33 (kapitola V, položka 3.a.) prílohy č. 4 zákona č. 461/2003 Z.z.). Zotrvali na stanovenej miere poklesu schopnosti vykonávať zárobkovú činnosť 55 %, z toho 45% na rozhodujúce zdravotné postihnutie - duševné choroby a poruchy správania, poruchy nálad, stredne ťažké formy, a zvýšenie o 10 % na ostatné ochorenia. Navrhovateľka je naďalej invalidná podľa § 71 ods. 1 zákona č. 461/2003 Z.z. o sociálnom poistení, lebo pre dlhodobo nepriaznivý zdravotný stav má pokles schopnosti vykonávať zárobkovú činnosť o viac ako 40 % v porovnaní so zdravou fyzickou osobou. Invalidita trvá naďalej, od 11.3. 2015 s MPSVZČ 55 %, a vznikla v dôsledku choroby. Všetky doložené nové odborné lekárske nálezy: ortopedické vyšetrenie zo dňa 23.9.2015 a imunoalergologické vyšetrenie zo dňa 25.9.2015, nepotvrdzujú zhoršenie zdravotného stavu navrhovateľky. Pri KLP dň 11.3.2015 bol posúdený zdravotný stav navrhovateľky na účely žiadosti občana o zvýšenie sumy invalidného dôchodku, kedy došlo k zmene MPSVZČ zo 60% na 55% odo dňa prejednania, t.j. dňa 11.3.2015, takže MPSVZČ bola znížená na 55 % pre depresívnu poruchu ako stredne ťažkú, ktorej prináleží MPSVZČ 45% a 10% pre ostatné ochorenia. Zistenia posudkových lekárov neboli spochybnené ani v súdnom konaní. Závery posudkov posudkových lekárov sú odborné, presvedčivé, náležite zdôvodnené a súd nezistil rozpor medzi ich závermi a zisteným skutočným stavom. Krajský súd preto z vyššie uvedených dôvodov napadnuté rozhodnutie odporkyne číslo XXX XXX XXXX X zo dňa 1. apríla 2015 podľa § 250q ods. 2 O.s.p. ako vecne správne potvrdil. O trovách konania súd rozhodol podľa § 250k ods. 1 v spojení s § 250l ods. 2 O.s.p. Navrhovateľka nebola v konaní úspešná a odporkyni trovy konania neprislúchajú. Podľa ustanovenia § 492 ods. 1 SSP konania podľa tretej hlavy piatej časti Občianskeho súdneho poriadku začaté predo dňom nadobudnutia účinnosti tohto zákona sa dokončia podľa doterajších predpisov. Poučenie: Proti tomuto rozsudku je možné podať odvolanie do 15 dní odo dňa jeho doručenia na Krajskom súde v Bratislave. proti ktorému rozhodnutiu smeruje, v akom rozsahu sa napáda, v čom sa toto rozhodnutie alebo postup súdu považuje za nesprávny a čoho sa odvolateľ domáha. /§ 205 ods. 1 O.s.p./.</w:t>
      </w:r>
    </w:p>
    <w:p/>
    <w:p>
      <w:r>
        <w:t>Zdroj: KAUZIS.SK – https://www.kauzis.sk/judikatura/r/ECLI:SK:KSBA:2016:1015201744.2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