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9Sp/108/2015 z 7. 12. 2016</w:t>
      </w:r>
    </w:p>
    <w:p>
      <w:r>
        <w:t>Uznesenie Krajského súdu Bratislava z 7. decembra 2016, sp. zn. 9Sp/108/2015, ECLI:SK:KSBA:2016:1015201752.1</w:t>
      </w:r>
    </w:p>
    <w:p>
      <w:r>
        <w:t>Súd: Krajský súd Bratislava</w:t>
      </w:r>
    </w:p>
    <w:p>
      <w:r>
        <w:t>Spisová značka: 9Sp/108/2015</w:t>
      </w:r>
    </w:p>
    <w:p>
      <w:r>
        <w:t>ECLI: ECLI:SK:KSBA:2016:1015201752.1</w:t>
      </w:r>
    </w:p>
    <w:p>
      <w:r>
        <w:t>Dátum vydania: 7.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9Sp/108/2015 Identifikačné číslo súdneho spisu: 1015201752 Dátum vydania rozhodnutia: 08. 12. 2016 Meno a priezvisko sudcu, VSÚ: JUDr. Beata Jurgošová ECLI: ECLI:SK:KSBA:2016:1015201752.1 Uznesenie Krajský súd v Bratislave v právnej veci navrhovateľa: R. S., nar. XX.XX.XXXX, trvale bytom Ž. XXX, XXX XX Ž., t.č. ÚVTOS a ÚVV, Mierové námestie 1, 019 17 Ilava, proti odporcovi: Centrum právnej pomoci, Kancelária Trenčín, Hviezdoslavova 3, 911 01 Trenčín, o preskúmanie zákonnosti rozhodnutia odporcu sp. zn. 7010/2015-KaTN, Č. RZ: 56454/2015 zo dňa 10.09.2015, takto r o z h o d o l : Krajský súd v Bratislave p o s t u p u j e vec miestne príslušnému Krajskému súdu v Banskej Bystrici. o d ô v o d n e n i e : Dňa 21.10.2015 bol prostredníctvom odporcu Krajskému súdu v Bratislave doručený návrh - opravný prostriedok navrhovateľa podaný proti rozhodnutiu odporcu sp. zn. 7010/2015-KaTN, Č. RZ: 56454/2015 zo dňa 10.09.2015. Z obsahu spisu vyplýva, že navrhovateľ má trvalé bydlisko na adrese Ž. XXX, XXX XX Ž.. V čase vydania napadnutého rozhodnutia, resp. v čase podania návrhu sa nachádzal v Ústave na výkon trestu odňatia slobody a Ústave na výkon väzby so sídlom Mierové námestie 1, Ilava. Podľa § 492 ods. 1 zákona č. 162/2015 Z.z. Správneho súdneho poriadku konania podľa tretej hlavy piatej časti Občianskeho súdneho poriadku začaté predo dňom nadobudnutia účinnosti tohto zákona sa dokončia podľa doterajších predpisov. Podľa § 11 ods. 1 Občianskeho súdneho poriadku (ďalej len "O.s.p.") konanie sa uskutočňuje na tom súde, ktorý je vecne a miestne príslušný. Príslušnosť sa určuje podľa okolností, ktoré tu sú v čase začatia konania a trvá až do jeho skončenia. Podľa § 250l ods. 1 O.s.p. podľa ustanovení tejto hlavy sa postupuje v prípadoch, v ktorých zákon zveruje súdom rozhodovanie o opravných prostriedkoch proti neprávoplatným rozhodnutiam správnych orgánov. Podľa ods. 2 citovaného zákonného ustanovenia pokiaľ v tejto hlave nie je ustanovené inak, použije sa primerane ustanovenie druhej hlavy s výnimkou § 250a. Podľa § 246 ods. 1 O.s.p. na preskúmavanie rozhodnutí a postupov sú vecne príslušné krajské súdy, ak zákon neustanovuje inak. Podľa § 246a ods. 2 O.s.p. v konaní podľa tretej hlavy tejto časti je miestne príslušný všeobecný súd navrhovateľa alebo krajský súd, v obvode ktorého je tento súd. Podľa § 85 ods. 1 O.s.p. všeobecným súdom občana je súd, v obvode ktorého má občan bydlisko, a ak nemá bydlisko, súd, v obvode ktorého sa zdržuje. Podľa § 14c písm. b) zák. č. 371/2004 Z.z. o sídlach a obvodoch súdov Slovenskej republiky a o zmene zákona č. 99/1963 Zb. Občiansky súdny poriadok v znení neskorších predpisov (v znení zákonov č. 428/2004 Z.z. a č. 757/2004 Z.z.) na konanie o opravných prostriedkoch proti rozhodnutiam vydaným v konaní o poskytnutí právnej pomoci podľa osobitného predpisu je príslušný Krajský súd v Banskej Bystrici pre obvod Krajského súdu v Banskej Bystrici, Krajského súdu v Žiline, Krajského súdu v Nitre. Kauzálna príslušnosť súdov stanovená v zákone o sídlach a obvodoch súdov nahrádza všeobecnú miestnu príslušnosť súdov. Ide však zároveň o príslušnosť výlučnú, stanovenú nie O.s.p. ale osobitným predpisom, nedostatok ktorej nie je možné zhojiť, nakoľko iný súd ako súd kauzálne príslušný nemôže v konkrétnej veci určenej zákonom konať a rozhodnúť - jeho sudcovia nie sú zákonnými sudcami v zmysle § 3 ods. 3 zákona č. 757/2004 Z. z. o súdoch a o zmene a doplnení niektorých zákonov v znení neskorších predpisov. Podľa ust. § 250d ods. 2 O.s.p. ak predseda senátu zistí, že súd nie je vecne alebo miestne príslušný, postúpi vec uznesením príslušnému súdu. S poukazom na vyššie citované zákonné ustanovenia súd skúmal svoju miestnu príslušnosť na konanie. Všeobecným súdom navrhovateľa je Okresný súd Nitra, ktorý sa nachádza v obvode Krajského súdu v Nitre. Vzhľadom k tomu, že na predmetné konanie je podľa bydliska navrhovateľa vecne a miestne príslušný Krajský súd v Banskej Bystrici, súd rozhodol tak ako je uvedené vo výrokovej časti tohto uznesenia. Po právoplatnosti uznesenia bude spis zaslaný miestne príslušnému Krajskému súdu v Banskej Bystrici, ktorý vec prejedná a rozhodne v merite veci. Poučenie: Proti tomuto uzneseniu odvolanie nie je prípustné.</w:t>
      </w:r>
    </w:p>
    <w:p/>
    <w:p>
      <w:r>
        <w:t>Zdroj: KAUZIS.SK – https://www.kauzis.sk/judikatura/r/ECLI:SK:KSBA:2016:1015201752.1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