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5Sd/121/2015 z 26. 4. 2016</w:t>
      </w:r>
    </w:p>
    <w:p>
      <w:r>
        <w:t>Rozsudok Krajského súdu Bratislava z 26. apríla 2016, sp. zn. 5Sd/121/2015, ECLI:SK:KSBA:2016:1015201771.2</w:t>
      </w:r>
    </w:p>
    <w:p>
      <w:r>
        <w:t>Súd: Krajský súd Bratislava</w:t>
      </w:r>
    </w:p>
    <w:p>
      <w:r>
        <w:t>Spisová značka: 5Sd/121/2015</w:t>
      </w:r>
    </w:p>
    <w:p>
      <w:r>
        <w:t>ECLI: ECLI:SK:KSBA:2016:1015201771.2</w:t>
      </w:r>
    </w:p>
    <w:p>
      <w:r>
        <w:t>Dátum vydania: 26. 4. 2016</w:t>
      </w:r>
    </w:p>
    <w:p>
      <w:r>
        <w:t>Forma: Rozsudok</w:t>
      </w:r>
    </w:p>
    <w:p>
      <w:r>
        <w:t>Oblasť práva: Správne právo</w:t>
      </w:r>
    </w:p>
    <w:p>
      <w:pPr>
        <w:pStyle w:val="Heading2"/>
      </w:pPr>
      <w:r>
        <w:t>Text rozhodnutia</w:t>
      </w:r>
    </w:p>
    <w:p>
      <w:r>
        <w:t>Súd: Krajský súd Bratislava Spisová značka: 5Sd/121/2015 Identifikačné číslo súdneho spisu: 1015201771 Dátum vydania rozhodnutia: 27. 04. 2016 Meno a priezvisko sudcu, VSÚ: JUDr. Milota Tóthová ECLI: ECLI:SK:KSBA:2016:1015201771.2 ROZSUDOK V MENE SLOVENSKEJ REPUBLIKY Krajský súd v Bratislave samosudkyňou JUDr. Milotou Tóthovou v právnej veci navrhovateľky S. Á., Z. W. XXXX/XX, Z., proti odporkyni Sociálnej poisťovni ústredie v Bratislave, Ul. 29. augusta č. 8-10, Bratislava, o invalidný dôchodok, takto r o z h o d o l : Súd rozhodnutie odporkyne číslo XXX XXX XXXX X zo dňa 5. mája 2015 p o t v r d z u j e. Účastníkom náhradu trov konania nepriznáva. o d ô v o d n e n i e : Rozhodnutím číslo XXX XXX XXXX X zo dňa 5. mája 2015 odporkyňa podľa § 70, § 71 zákona č. 461/2003 Z.z. o sociálnom poistení v znení neskorších predpisov zamietla žiadosť navrhovateľky o invalidný dôchodok zo dňa 10. apríla 2015. Rozhodla tak s odôvodnením, že podľa posudku posudkového lekára Sociálnej poisťovne, pobočky v Bratislave zo dňa 10. apríla 2015 navrhovateľka nie je invalidná podľa § 71 ods. 1 zákona č. 461/2003 Z.z., lebo pre dlhodobo nepriaznivý zdravotný stav nemá pokles schopnosti vykonávať zárobkovú činnosť o viac ako 40% v porovnaní so zdravou fyzickou osobou. Miera poklesu schopnosti vykonávať zárobkovú činnosť u navrhovateľky je 10%. Navrhovateľka návrhom zo dňa 8.6.2015 žiadala preskúmať toto rozhodnutie odporkyne, poukázala na to, že jej zdravotný stav sa zhoršuje a nedokáže sa plne zapojiť do pracovného procesu. Namietala, že jej pohyblivosť nemôže byť mierne obmedzená, nakoľko sa nedokáže zdvihnúť z drepu bez pomoci, berie lieky proti bolesti a opúchajú jej nohy pri státí i chôdzi a je odkázaná na trvalé liečenie. Krajský súd preskúmal napadnuté rozhodnutie podľa § 250l a nasl. O.s.p., prejednal návrh navrhovateľky a dospel k záveru, že návrh nie je dôvodný. Krajský súd vykonal dokazovanie výsluchom odporkyne, posudkom posudkového lekára Sociálnej poisťovne pobočka Bratislava zo dňa 10.4.2015 a 7.7.2015, posudkom posudkového lekára Sociálnej poisťovne ústredie Bratislava zo dňa 8.10.2015,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Posudkový lekár Sociálnej poisťovne pobočka Bratislava v posudku zo dňa 10.4.2015 uviedol, že navrhovateľka trpí na choroby a to: gonartrosis I.utq. ľahký stupeň a depresívne poruchy. Uviedol, že navrhovateľka je dispenzarizovaná ortopédom pre pretrvávajúce bolesti kolien, po opakovaných synovitídach, t.č. bez náplne. Konštatoval, že hybnosť je terminálne mierne obmedzená, kolaterálne väzy sú pevné, manévre na menisky negatívne, bez neurocirkulačných porúch a jedná sa o ľahký stupeň postihnutia kolenných kĺbov. Navrhovateľka je v liečbe psychiatra pre depresie, nebola hospitalizovaná a je nastavená na adekvátnu liečbu. Rozhodujúcim zdravotným postihnutím u navrhovateľky je obmedzenie pohybu kolenných kĺbov, ľahkého stupňa (kapitola XV., oddiel G, položka 50.a) prílohy č. 4 zákona č. 461/2003 Z.z.), kde mieru poklesu schopnosti vykonávať zárobkovú činnosť stanovil na 10%. Navrhovateľka nie je invalidná podľa § 71 ods. 1 zákona č. 461/2003 Z.z. o sociálnom poistení. Po podaní návrhu zdravotný stav a pracovnú schopnosť navrhovateľky opätovne posúdil posudkový lekár Sociálnej poisťovne pobočka Bratislava, ktorý po vyhodnotení doložených nových lekárskych nálezov a to správy z ortopedického vyšetrenia zo dňa 3.6.2015 a 5.6.2015 v posudku zo dňa 7.7.2015 v celom rozsahu zotrval na posudkovom závere uvedenom v posudku zo dňa 10.4.2015. Posudkový lekár Sociálnej poisťovne ústredie Bratislava v posudku zo dňa 8.10.2015 uviedol, že navrhovateľka trpí na choroby a to stuhnutie kolenných kĺbov (gonarthrosis I.utq.) ľahkého stupňa, depresívnu poruchu a poruchu štítnej žľazy (thyreopatia v anamnéze). Uviedol, že navrhovateľka je dispenzarizovaná ortopédom pre pretrvávajúce bolesti kolien, po opakovaných synovitídach, t.č. bez náplne, hybnosť je terminálne mierne obmedzená, kolaterálne väzy sú pevné, manévre na menisky negatívne, bez neurocirkulačných porúch a jedná sa o ľahký stupeň postihnutia kolenných kĺbov. Konštatoval, že nové lekárske nálezy, ktoré navrhovateľka doložila a to ortopedické vyšetrenie zo dňa 9.9.2015 a rehabilitačné vyšetrenie zo dňa 22.9.2015 sú kontrolné vyšetrenia, ktorých závery sú identické s predchádzajúcimi vyšetreniami. Aktuálne sú zhoršené bolesti v okolí bedrových zhybov, ktoré nie sú posudkovo významné z hľadiska posúdenia invalidity. Navrhovateľka je v liečbe psychiatra pre depresie, nebola hospitalizovaná a je nastavená na adekvátnu liečbu. Rozhodujúcim zdravotným postihnutím u navrhovateľky je obmedzenie pohybu v oboch kolenných kĺboch, ľahkého stupňa (kapitola XV., oddiel G, položka 50.a) prílohy č. 4 zákona č. 461/2003 Z.z.), kde mieru poklesu schopnosti vykonávať zárobkovú činnosť stanovil na 10%. Navrhovateľka nie je invalidná podľa § 71 ods. 1 zákona č. 461/2003 Z.z. o sociálnom poistení. Navrhovateľka sa na pojednávanie dňa nedostavila, bola riadne predvolaná, doručenie mala vykázané podľa § 47 ods. 2 Občianskeho súdneho poriadku (ďalej len O.s.p.), a preto súd podľa § 101 ods. 2 O.s.p. vec prejednal v jej neprítomnosti. Zástupkyňa odporkyne vzhľadom na zhodné závery posudkov posudkových lekárov žiadala napadnuté rozhodnutie ako vecne správne potvrdiť. Posudkový lekár sociálneho poistenia Sociálnej poisťovne pobočka Bratislava ako aj posudkový lekár sociálneho poistenia Sociálnej poisťovne ústredie Bratislava vo svojich vyššie uvedených posudkoch sa vysporiadali s lekárskymi nálezmi nachádzajúcimi sa v zdravotnej dokumentácii navrhovateľky a dospeli k zhodnému názoru, že súčasný zdravotný stav navrhovateľky nespĺňa zdravotné podmienky na priznanie invalidity podľa § 71 ods. 1 zákona č. 461/2003 Z.z. o sociálnom poistení. Zhodne určili, že rozhodujúcim zdravotným postihnutím u navrhovateľky je obmedzenie pohybu v oboch kolenných kĺboch, ľahkého stupňa (kapitola XV., oddiel G, položka 50.a) prílohy č. 4 zákona č. 461/2003 Z.z.), kde mieru poklesu schopnosti vykonávať zárobkovú činnosť zhodne stanovili na 10%. Navrhovateľka je dispenzarizovaná ortopédom pre pretrvávajúce bolesti kolien, po opakovaných synovitídach, v súčasnosti bez náplne, hybnosť je terminálne mierne obmedzená, kolaterálne väzy sú pevné, manévre na menisky negatívne, bez neurocirkulačných porúch, jedná sa o ľahký stupeň postihnutia kolenných kĺbov. Aktuálne zhoršené bolesti v okolí bedrových zhybov sú posudkovo nevýznamné. Navrhovateľka je v liečbe psychiatra pre depresie, nebola hospitalizovaná a je nastavená na adekvátnu liečbu. Zistenia posudkových lekárov neboli spochybnené ani v súdnom konaní. Závery posudkov posudkových lekárov sú odborné, presvedčivé, náležite zdôvodnené a súd nezistil rozpor medzi ich závermi a zisteným skutočným stavom. Súd preto z vyššie uvedených dôvodov napadnuté rozhodnutie číslo XXX XXX XXXX X zo dňa 5. mája 2015 podľa § 250q ods. 2 O.s.p. ako správne potvrdil. O trovách konania súd rozhodol podľa § 250k ods. 1 v spojení s § 250l ods. 2 O.s.p. .Navrhovateľka nebola v konaní úspešná, a preto jej súd trova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https://www.kauzis.sk/judikatura/r/ECLI:SK:KSBA:2016:1015201771.2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