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8Scud/22/2015 z 15. 2. 2016</w:t>
      </w:r>
    </w:p>
    <w:p>
      <w:r>
        <w:t>Uznesenie Krajského súdu Bratislava z 15. februára 2016, sp. zn. 8Scud/22/2015, ECLI:SK:KSBA:2016:1015201825.1</w:t>
      </w:r>
    </w:p>
    <w:p>
      <w:r>
        <w:t>Súd: Krajský súd Bratislava</w:t>
      </w:r>
    </w:p>
    <w:p>
      <w:r>
        <w:t>Spisová značka: 8Scud/22/2015</w:t>
      </w:r>
    </w:p>
    <w:p>
      <w:r>
        <w:t>ECLI: ECLI:SK:KSBA:2016:1015201825.1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8Scud/22/2015 Identifikačné číslo súdneho spisu: 1015201825 Dátum vydania rozhodnutia: 16. 02. 2016 Meno a priezvisko sudcu, VSÚ: JUDr. Peter Pospech ECLI: ECLI:SK:KSBA:2016:1015201825.1</w:t>
      </w:r>
    </w:p>
    <w:p>
      <w:r>
        <w:t>Uznesenie Krajský súd v Bratislave v právnej veci navrhovateľa: W. K., I..: X.X.XXXX, Z. O. XXXX, XXX XX B., Č. L., proti odporcovi: Sociálna poisťovňa - ústredie, Ul. 29. augusta č. 8, 813 63 Bratislava, zast. Mgr. Barborou Babjakovou,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došlým zo dňa 19.10.2015 žiadala preskúmať Sociálnu poisťovňu - ústredie v Bratislave, rozhodnutie odporkyne číslo XXX XXX XXXX X zo dňa 21.9.2015, ktorým odporkyňa zamietla žiadosť navrhovateľky o starobný dôchodok, z dôvodu nezískania potrebného počtu rokov dôchodkového poistenia.</w:t>
      </w:r>
    </w:p>
    <w:p>
      <w:r>
        <w:t>Písomným prehlásením došlým súdu dňa 2.2.2016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https://www.kauzis.sk/judikatura/r/ECLI:SK:KSBA:2016:1015201825.1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