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4Sp/122/2015 z 1. 8. 2016</w:t>
      </w:r>
    </w:p>
    <w:p>
      <w:r>
        <w:t>Uznesenie Krajského súdu Bratislava z 1. augusta 2016, sp. zn. 4Sp/122/2015, ECLI:SK:KSBA:2016:1015201831.1</w:t>
      </w:r>
    </w:p>
    <w:p>
      <w:r>
        <w:t>Súd: Krajský súd Bratislava</w:t>
      </w:r>
    </w:p>
    <w:p>
      <w:r>
        <w:t>Spisová značka: 4Sp/122/2015</w:t>
      </w:r>
    </w:p>
    <w:p>
      <w:r>
        <w:t>ECLI: ECLI:SK:KSBA:2016:1015201831.1</w:t>
      </w:r>
    </w:p>
    <w:p>
      <w:r>
        <w:t>Dátum vydania: 1. 8. 2016</w:t>
      </w:r>
    </w:p>
    <w:p>
      <w:r>
        <w:t>Forma: Uznesenie</w:t>
      </w:r>
    </w:p>
    <w:p>
      <w:pPr>
        <w:pStyle w:val="Heading2"/>
      </w:pPr>
      <w:r>
        <w:t>Text rozhodnutia</w:t>
      </w:r>
    </w:p>
    <w:p>
      <w:r>
        <w:t>Súd: Krajský súd Bratislava Spisová značka: 4Sp/122/2015 Identifikačné číslo súdneho spisu: 1015201831 Dátum vydania rozhodnutia: 02. 08. 2016 Meno a priezvisko sudcu, VSÚ: JUDr. Ľubomír Šramko ECLI: ECLI:SK:KSBA:2016:1015201831.1 Uznesenie Krajský súd v Bratislave v právnej veci navrhovateľa: POHOTOVOSŤ, s.r.o. so sídlom Pribinova 25, Bratislava proti odporcovi: Okresný úrad Bratislava, katastrálny odbor so sídlom Ružová dolina 27, Bratislava, za účasti U. J. A., bytom Y. X, Q. v konaní o opravnom prostriedku navrhovateľa zo dňa 30.6.2015 proti rozhodnutiu odporcu č. V-7802/15 zo dňa 23.6.2015 takto r o z h o d o l : Krajský súd v Bratislave konanie z a s t a v u j e . Žiaden z účastníkov konania nemá právo na náhradu trov tohto konania. o d ô v o d n e n i e : Dňa 4.11.2015 bol prostredníctvom odporcu konajúcemu Krajskému súdu v Bratislave (ďalej len „súd“) doručený návrh - opravný prostriedok navrhovateľa z 30.6.2015, ktorým sa navrhovateľ domáhal zrušenia napadnutého rozhodnutia odporcu č. V-7802/15 zo dňa 23.6.2015. Podaním zo dna 15.7.2016 doručil navrhovateľ súdu späťvzatie podaného návrhu - opravného prostriedku voči napadnutému rozhodnutiu odporcu.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svoj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https://www.kauzis.sk/judikatura/r/ECLI:SK:KSBA:2016:1015201831.1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