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5Sd/127/2015 z 16. 2. 2016</w:t>
      </w:r>
    </w:p>
    <w:p>
      <w:r>
        <w:t>Uznesenie Krajského súdu Bratislava z 16. februára 2016, sp. zn. 5Sd/127/2015, ECLI:SK:KSBA:2016:1015201891.1</w:t>
      </w:r>
    </w:p>
    <w:p>
      <w:r>
        <w:t>Súd: Krajský súd Bratislava</w:t>
      </w:r>
    </w:p>
    <w:p>
      <w:r>
        <w:t>Spisová značka: 5Sd/127/2015</w:t>
      </w:r>
    </w:p>
    <w:p>
      <w:r>
        <w:t>ECLI: ECLI:SK:KSBA:2016:1015201891.1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5Sd/127/2015 Identifikačné číslo súdneho spisu: 1015201891 Dátum vydania rozhodnutia: 17. 02. 2016 Meno a priezvisko sudcu, VSÚ: JUDr. Milota Tóthová ECLI: ECLI:SK:KSBA:2016:1015201891.1</w:t>
      </w:r>
    </w:p>
    <w:p>
      <w:r>
        <w:t>Uznesenie Krajský súd v Bratislave v právnej veci navrhovateľky K. Z., D. O. A. XXX/X, D.,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26.5.2015 žiadala preskúmať rozhodnutie odporkyne číslo XXX XXX XXXX X zo dňa 21.4.2015, ktorým odporkyňa navrhovateľke zvýšila sumu invalidného dôchodku od 10. decembra 2014 na 219,00 eur mesačne, zvýšenú od 1. januára 2015 na sumu 221,70 eur mesačne.</w:t>
      </w:r>
    </w:p>
    <w:p>
      <w:r>
        <w:t>Prehlásením na pojednávaní dňa 17.2.2016 navrhovateľka vzala späť návrh zo dňa 26.5.2015 v celom rozsahu.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https://www.kauzis.sk/judikatura/r/ECLI:SK:KSBA:2016:1015201891.1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