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5Sd/129/2015 z 12. 4. 2016</w:t>
      </w:r>
    </w:p>
    <w:p>
      <w:r>
        <w:t>Rozsudok Krajského súdu Bratislava z 12. apríla 2016, sp. zn. 5Sd/129/2015, ECLI:SK:KSBA:2016:1015201924.1</w:t>
      </w:r>
    </w:p>
    <w:p>
      <w:r>
        <w:t>Súd: Krajský súd Bratislava</w:t>
      </w:r>
    </w:p>
    <w:p>
      <w:r>
        <w:t>Spisová značka: 5Sd/129/2015</w:t>
      </w:r>
    </w:p>
    <w:p>
      <w:r>
        <w:t>ECLI: ECLI:SK:KSBA:2016:1015201924.1</w:t>
      </w:r>
    </w:p>
    <w:p>
      <w:r>
        <w:t>Dátum vydania: 12. 4. 2016</w:t>
      </w:r>
    </w:p>
    <w:p>
      <w:r>
        <w:t>Forma: Rozsudok</w:t>
      </w:r>
    </w:p>
    <w:p>
      <w:r>
        <w:t>Oblasť práva: Správne právo</w:t>
      </w:r>
    </w:p>
    <w:p>
      <w:pPr>
        <w:pStyle w:val="Heading2"/>
      </w:pPr>
      <w:r>
        <w:t>Text rozhodnutia</w:t>
      </w:r>
    </w:p>
    <w:p>
      <w:r>
        <w:t>Súd: Krajský súd Bratislava Spisová značka: 5Sd/129/2015 Identifikačné číslo súdneho spisu: 1015201924 Dátum vydania rozhodnutia: 13. 04. 2016 Meno a priezvisko sudcu, VSÚ: JUDr. Milota Tóthová ECLI: ECLI:SK:KSBA:2016:1015201924.1 ROZSUDOK V MENE SLOVENSKEJ REPUBLIKY Krajský súd v Bratislave samosudkyňou JUDr. Milotou Tóthovou v právnej veci navrhovateľa O. B., Z. T. XXX, B., Č. L., proti odporkyni Sociálnej poisťovni ústredie v Bratislave, Ul. 29. augusta č. 8-10, Bratislava, o invalidný dôchodok, takto r o z h o d o l : Súd rozhodnutie odporkyne číslo XXX XXX XXXX X zo dňa 7. septembra 2015 p o t v r d z u j e . Účastníkom náhradu trov konania nepriznáva. o d ô v o d n e n i e : Rozhodnutím číslo XXX XXX XXXX X zo dňa 7. septembra 2015 odporkyňa podľa § 70 ods. 1 a § 71 ods. 1 zákona č. 461/2003 Z.z. o sociálnom poistení v znení neskorších predpisov a čl. 46 nariadenia (ES) Európskeho parlamentu a Rady č. 883/2004 o koordinácii systémov sociálneho zabezpečenia zamietla žiadosť navrhovateľa o invalidný dôchodok zo dňa 13. mája 2015. Rozhodla tak s odôvodnením, že podľa posudku posudkového lekára Sociálnej poisťovne, pobočky Senica zo dňa 20.8.2015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u navrhovateľa je 30%. Navrhovateľ návrhom zo dňa 16.9.2015 žiadal preskúmať toto rozhodnutie odporkyne a poukázal na to, že v máji mal silnú alergiu, bol chorý tri mesiace. Bolo zistené, že má polypy v nose, čaká ho operácia a berie lieky. Má cukrovku a je na PAD. Krajský súd preskúmal napadnuté rozhodnutie podľa § 250l a nasl. O.s.p., prejednal návrh navrhovateľa a dospel k záveru, že návrh nie je dôvodný. Krajský súd vykonal dokazovanie výsluchom odporkyne, posudkom posudkového lekára Sociálnej poisťovne pobočka Senica zo dňa 20.8.2015 a 20.10.2015, posudkom posudkového lekára Sociálnej poisťovne ústredie Bratislava, vysunuté pracovisko Košice zo dňa 12.11.2015,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tákajúca sa podmienok vzťahujúcich sa na stupeň invalidity. Posudkový lekár Sociálnej poisťovne pobočka Senica v posudku zo dňa 20.8.2015 uviedol, že navrhovateľ trpí na choroby a to: esenciálnu (primárnu) hypertenziu, bolesť chrbta - dorzalgiu a diabetes mellitus typ 2. Konštatoval, že navrhovateľ je desať rokov sledovaný internistom pre hypertenziu, liečba je však nepravidelná. Na jar 2014 pre dekompenzáciu hypertenzie bol preliečený na internom a kardiologickom oddelení, stav sa po liečbe upravil. Navrhovateľovi bol v tomto období diagnostikovaný aj diabetes melitus 2 typu, nastavený na PAD a bol preliečený neurológom pre bolesť chrbta bez známok radikulopatie s miernym funkčným obmedzením. Rozhodujúcim zdravotným postihnutím u navrhovateľa je hypertenzia, ľahké orgánové zmeny (hypertrofia ľavej komory) (kapitola IX., oddiel A, položka 10.b) prílohy č. 4 zákona č. 461/2003 Z.z.), kde mieru poklesu schopnosti vykonávať zárobkovú činnosť stanovil na 25%. Pre iné zdravotné postihnutie a bolesť chrbta - dorzalgiu a diabetes mellitus typ 2 zvýšil percentuálnu mieru o 5%. Celková miera poklesu schopnosti vykonávať zárobkovú činnosť je 30%. Navrhovateľ nie je invalidný podľa § 71 ods. 1 zákona č. 461/2003 Z.z. o sociálnom poistení. Po podaní návrhu zdravotný stav a pracovnú schopnosť navrhovateľa opätovne posúdil posudkový lekár Sociálnej poisťovne pobočka Senica, ktorý v posudku zo dňa 20.10.2015 v celom rozsahu zotrval na posudkovom závere uvedenom v posudku zo dňa 20.8.2015. Posudkový lekár Sociálnej poisťovne ústredie Bratislava, vysunuté pracovisko v Košiciach v posudku zo dňa 12.11.2015 uviedol, že navrhovateľ trpí na choroby a to arteriálnu hypertenziu, dorzalgiu a cukrovku závislú na inzulíne. Uviedol, že u navrhovateľa je staršia anamnéza neliečenej hypertenzie. Navrhovateľ v marci a v apríli 2014 absolvoval krátkodobú - dvojdňovú hospitalizáciu na internom a na kardiologickom oddelení pre neliečenú hypertenziu, počas hospitalizácie objektívnymi a špeciálnymi vyšetrovacími metódami neboli zistené orgánové komplikácie hypertenzie a po nasadenej liečbe bol navrhovateľ s normálnymi hodnotami tlaku krvi prepustený do ambulantnej starostlivosti. V roku 2014 bol navrhovateľ vyšetrený na neurologickej ambulancii pre bolesti v driekovej oblasti chrbtice a objektívny neurologický nález bol bez jednoznačných známok koreňového dráždenia a prítomná bola len mierna funkčná porucha chrbtice. Od marca 2014 je navrhovateľ sledovaný a liečený pre cukrovku, ktorá je dobre kompenzovaná perorálnou liečbou bez zistených chronických diabetických komplikácií. Rozhodujúcim zdravotným postihnutím u navrhovateľa je hypertenzia, ľahká forma (kapitola IX., oddiel A, položka 10.b) prílohy č. 4 zákona č. 461/2003 Z.z.), kde mieru poklesu schopnosti vykonávať zárobkovú činnosť u navrhovateľa stanovil na 25%. Pre iné zdravotné postihnutie a to dorzalgiu a cukrovku nezávislú na inzulíne zvýšil percentuálnu mieru o 5%. Celková miera poklesu schopnosti vykonávať zárobkovú činnosť je 30%. Navrhovateľ nie je invalidný podľa § 71 ods. 1 zákona č. 461/2003 Z.z. o sociálnom poistení. Navrhovateľ sa na pojednávanie dňa 13.4.2016 napriek riadnemu predvolaniu nedostavil, svoju neúčasť na ňom ospravedlnil a súhlasil, aby súd rozhodol v jeho neprítomnosti,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Senica ako aj posudkový lekár sociálneho poistenia Sociálnej poisťovne ústredie Bratislava, vysunuté pracovisko Košice vo svojich vyššie uvedených posudkoch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Zhodne určili, že rozhodujúcim zdravotným postihnutím u navrhovateľa je hypertenzia, ľahká forma (kapitola IX., oddiel A, položka 10.b) prílohy č. 4 zákona č. 461/2003 Z.z.), kde mieru poklesu schopnosti vykonávať zárobkovú činnosť zhodne stanovili na 25%. Pre iné zdravotné postihnutie a to dorzalgiu a cukrovku nezávislú na inzulíne zvýšili percentuálnu mieru o 5%. Celková miera poklesu schopnosti vykonávať zárobkovú činnosť je 30%. Počas hospitalizácie na internom a kardiologickom oddelení v marci a apríli 2014 neboli zistené orgánové komplikácie hypertenzie, bola nasadená liečba a navrhovateľ bol prepustený s normálnymi hodnotami tlaku krvi do ambulantnej starostlivosti. Vyšetrenia na neurologickej ambulancii z roku 2014 sú bez jednoznačných známok koreňového dráždenia a bola prítomná len mierna funkčná porucha chrbtice. Cukrovka, na ktorú je navrhovateľ od marca 2014 sledovaný a liečený je dobre kompenzovaná perorálnou liečbou bez zistených chronických diabetických komplikácií. Zistenia posudkových lekárov neboli spochybnené ani v súdnom konaní. Závery posudkov posudkových lekárov sú odborné, presvedčivé, náležite zdôvodnené a súd nezistil rozpor medzi ich závermi a zisteným skutočným stavom. Súd preto z vyššie uvedených dôvodov napadnuté rozhodnutie číslo XXX XXX XXXX X zo dňa 7. septembra 2015 podľa § 250q ods. 2 O.s.p. ako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https://www.kauzis.sk/judikatura/r/ECLI:SK:KSBA:2016:1015201924.1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