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9Sp/126/2015 z 28. 11. 2016</w:t>
      </w:r>
    </w:p>
    <w:p>
      <w:r>
        <w:t>Rozsudok Krajského súdu Bratislava z 28. novembra 2016, sp. zn. 9Sp/126/2015, ECLI:SK:KSBA:2016:1015201929.1</w:t>
      </w:r>
    </w:p>
    <w:p>
      <w:r>
        <w:t>Súd: Krajský súd Bratislava</w:t>
      </w:r>
    </w:p>
    <w:p>
      <w:r>
        <w:t>Spisová značka: 9Sp/126/2015</w:t>
      </w:r>
    </w:p>
    <w:p>
      <w:r>
        <w:t>ECLI: ECLI:SK:KSBA:2016:1015201929.1</w:t>
      </w:r>
    </w:p>
    <w:p>
      <w:r>
        <w:t>Dátum vydania: 28. 11. 2016</w:t>
      </w:r>
    </w:p>
    <w:p>
      <w:r>
        <w:t>Forma: Rozsudok</w:t>
      </w:r>
    </w:p>
    <w:p>
      <w:r>
        <w:t>Oblasť práva: Správne právo</w:t>
      </w:r>
    </w:p>
    <w:p>
      <w:pPr>
        <w:pStyle w:val="Heading2"/>
      </w:pPr>
      <w:r>
        <w:t>Text rozhodnutia</w:t>
      </w:r>
    </w:p>
    <w:p>
      <w:r>
        <w:t>Súd: Krajský súd Bratislava Spisová značka: 9Sp/126/2015 Identifikačné číslo súdneho spisu: 1015201929 Dátum vydania rozhodnutia: 29. 11. 2016 Meno a priezvisko sudcu, VSÚ: JUDr. Beata Jurgošová ECLI: ECLI:SK:KSBA:2016:1015201929.1 ROZSUDOK V MENE SLOVENSKEJ REPUBLIKY Krajský súd v Bratislave v konaní pred sudkyňou JUDr. Beátou Jurgošovou v právnej veci navrhovateľa: O. W., nar. XX.XX.XXXX, trvale bytom D. Z. XXXX/XX, XXX XX A., t.č. ÚVTOS a ÚVV Ilava, Mierové námestie 1, 019 17 Ilava, proti odporcovi: Centrum právnej pomoci, Kancelária Trenčín, Hviezdoslavova 3, 911 01 Trenčín, o priznanie nároku na poskytovanie právnej pomoci, o preskúmanie zákonnosti rozhodnutia odporcu sp. zn. 8751/2015-KaTN, Č. RZ: 59572/2015 zo dňa 25.09.2015, takto r o z h o d o l : Súd rozhodnutie odporcu sp. zn. 8751/2015-KaTN, č. RZ: 59572/2015 zo dňa 25.09.2015 z r u š u j e podľa § 250j ods. 2 písm. a) O.s.p. a vec v r a c i a odporcovi na ďalšie konanie. Navrhovateľovi súd právo na náhradu trov konania nepriznáva. o d ô v o d n e n i e : Napadnutým rozhodnutím odporca podľa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č. 327/2005 Z.z.“) nepriznal navrhovateľovi nárok na poskytovanie právnej pomoci z dôvodu, že vo veci nie je možné vylúčiť zrejmú bezúspešnosť sporu. Z odôvodnenia rozhodnutia vyplýva, že navrhovateľ sa obrátil na centrum so žiadosťou o právnu pomoc vo veci zrušenia disciplinárnych rozhodnutí ÚVTOS Dubnica nad Váhom č. 1694940-1/2014-DT zo dňa 27.02.2014, 1694940-2/2014-DT zo dňa 16.04.2014, 1694940-3/2014-DT zo dňa 10.11.2014 a 1694940-4/2014-DT zo dňa 10.11.2014. V prípade rozhodnutia č. 1694940-1/2014-DT zo dňa 27.02.2014 podľa názoru odporcu nebola splnená podmienka podľa § 247 ods. 2 O.s.p., pretože sa nejednalo o rozhodnutie príslušného orgánu vydané v poslednom stupni a v prípade ostatných rozhodnutí nebola splnená podmienka podľa § 250b ods. 1 O.s.p., nakoľko žaloba nebola podaná do dvoch mesiacov od doručenia rozhodnutia správneho orgánu v poslednom stupni. Vo včas podanom odvolaní sa navrhovateľ domáhal zrušenia napadnutého rozhodnutia a žiadal, aby mu bol priznaný nárok na poskytnutie právnej pomoci v konaní o ochrane pred nezákonným zásahom vedenom na Krajskom súde v Trenčíne pod sp. zn. 13S/81/2015. Poukázal na to, že odporca nesprávne vyhodnotil skutkový stav veci a nereflektoval na zmenu jeho žalobného návrhu v konaní vedenom na Krajskom súde v Trenčíne pod sp. zn. 13S/81/2015 a ani na jeho žiadosť o predbežné prerokovanie nároku podľa § 15 ods. 1 zákona č. 514/2003 Z.z. o zodpovednosti za škodu spôsobenú pri výkone verejnej moci a o zmene niektorých zákonov doručenú ÚVTOS Dubnica nad Váhom. Ďalej uviedol, že odporca nereagoval na jeho podnet o preskúmanie zákonnosti uložených disciplinárnych trestov vybavený Krajskou prokuratúrou Trenčín sp. zn. 3KN 174/15/3300-9 zo dňa 22.07.2015 spôsobom, že jeho podnet je nedôvodný. Odporca navrhol napadnuté rozhodnutie ako vecne správne potvrdiť, pridŕžajúc sa argumentácie v ňom uvedenej. Konštatoval, že navrhovateľ sa podanou žalobou nedomáha náhrady škody spôsobenej orgánom verejnej moci, ale preskúmania zákonnosti rozhodnutia orgánu verejnej moci, pričom pri vyhodnocovaní zrejmej bezúspešnosti sporu tak musel prihliadať na splnenie procesných podmienok podľa piatej časti O.s.p. Predmetné konanie na základe žaloby navrhovateľa je vedené Krajským súdom v Trenčíne ako prvostupňovým orgánom a je nepochybné, že ide o konanie pred súdom v správnom súdnictve. Podľa § 492 ods. 1 zákona č. 162/2015 Z.z. Správneho súdneho poriadku konania podľa tretej hlavy piatej časti Občianskeho súdneho poriadku začaté predo dňom nadobudnutia účinnosti tohto zákona sa dokončia podľa doterajších predpisov. Súd v konaní podľa ustanovenia § 250l a nasledujúcich O.s.p. vec prejednal a rozhodol na základe súhlasu účastníkov konania bez nariadenia pojednávania (§ 250f O.s.p.) ako miestne a vecne príslušný a po preskúmaní napadnutého rozhodnutia, oboznámení sa s administratívnym spisom odporcu dospel k záveru, že opravný prostriedok navrhovateľa bol podaný dôvodne. Pôsobnosť centra je daná podľa § 3 ods. 1 písm. a) zákona č. 327/2005 Z.z., keďže navrhovateľ požiadal o poskytovanie právnej pomoci v konaní pred súdom v správnom súdnictve. Podľa § 6 ods. 1 zákona č. 327/2005 Z.z.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Podľa § 6 ods. 2 zákona č. 327/2005 Z.z. podmienky na poskytnutie právnej pomoci podľa odseku 1 písm. a) a b) musí fyzická osoba spĺňať počas celého trvania poskytovania právnej pomoci bez finančnej účasti. Podľa § 8 zákona č. 327/2005 Z.z. pri posudzovaní zrejmej bezúspešnosti sporu centrum prihliadne najmä na to, či právo nezaniklo uplynutím času, či sa právo nepremlčalo a či je žiadateľ schopný označiť dôkazy na preukázanie svojich tvrdení, ktoré sú dôležité na zistenie skutkového stavu. Predmetom súdneho preskúmania bolo právne posúdenie veci v otázke zrejmej bezúspešnosti uplatňovaného alebo bráneného práva (sporu), ktorá ako jedna z troch kumulatívnych podmienok pre priznanie nároku na poskytnutie právnej pomoci podľa zákona č. 327/2005 Z.z. musí byť splnená. Z administratívneho spisu odporcu vyplýva, že navrhovateľ doručil odporcovi dňa 03.08.2015 žiadosť o poskytnutie právnej pomoci vo veci označenej ako „konanie o ochrane pred nezákonným zásahom orgánom verejnej správy; uloženie disciplinárnych trestov počas výkonu trestu odňatia slobody v rozpore so zákonom“. O právnu pomoc požiadal v konaní vedenom na Krajskom súde v Trenčíne pod sp. zn. 13S/81/2015, začatom na základe žaloby doručenej na tamojší súd dňa 13.04.2015. V tomto konaní žaluje v 1. rade ÚVTOS Dubnica nad Váhom, Dukelská štvrť 941/10, 018 41 Dubnica nad Váhom a v 2. rade Krajskú prokuratúru Trenčín, Legionárska 7158/5, 912 50 Trenčín a domáha sa zrušenia štyroch disciplinárnych trestov vydaných žalovaným v 1. rade, určenia, že žalovaní v 1. a 2. rade úmyselným diskriminačným postupom pri zaobchádzaní s navrhovateľom porušili čl. 12 ods. 1 a 4 Ústavy Slovenskej republiky v spojení s § 97h, § 97i, § 97j zákona č. 475/2005 Z.z. o výkone trestu odňatia slobody a uloženia povinnosti žalovanému v 1. rade zachovávať práva navrhovateľa vo veci ustálenia „B“ diferenčnej podskupiny a zmeny stupňa stráženia. Z predložených dokladov vyplýva, že rozhodnutím o disciplinárnom previnení 1694940-DT-1/2014 zo dňa 27.02.2014 bol navrhovateľovi uložený disciplinárny trest podľa § 52 ods. 3 písm. a) zákona č. 475/2005 Z.z. o výkone trestu odňatia slobody - pokarhanie, pretože dňa 31.01.2014 prechovával vo svojej skrinke určenej na osobné veci nepovolenú vec, rýchlovarnú kanvicu a pracovnú košeľu, čím porušil povinnosť odsúdeného podľa § 39 písm. a) cit. zákona. Rozhodnutie bolo navrhovateľovi oznámené dňa 27.02.2014, pričom sa vzdal možnosti podať odvolanie proti nemu. V disciplinárnom konaní č. 1694940-DT-2/2014 bol navrhovateľovi uložený disciplinárny trest podľa § 52 ods. 3 písm. a) zákona č. 475/2005 Z.z. - pokarhanie, pretože dňa 28.03.2014 o 05:15 hod. v sektore C, izba č. 6 spal v pyžame, zakrytý dekou, čím porušil časový rozvrh dňa určený na osobnú hygienu, ustielanie postelí a ranné upratovanie, a teda porušil povinnosť plniť povinnosti uložené zákonom a ústavným poriadkom podľa § 39 písm. a) cit. zákona. Rozhodnutie bolo navrhovateľovi oznámené dňa 16.04.2014. Proti tomuto rozhodnutiu podal navrhovateľ odvolanie, ktoré bolo dňa 21.05.2014 zamietnuté. Rozhodnutie odvolacieho orgánu bolo navrhovateľovi doručené dňa 22.05.2014. Dňa 23.10.2014 bolo v konaní č. 1694940-3/2014-DT vydané rozhodnutie o uložení disciplinárneho trestu, ktoré bolo na základe navrhovateľom podaného odvolania zrušené a vrátené na nové prejednanie a rozhodnutie. Následne ÚVTOS Dubnica nad Váhom dňa 10.11.2014 vydal nové rozhodnutie, v zmysle ktorého navrhovateľ spáchal disciplinárne previnenie tým, že dňa 11.10.2014 sa v čase o 19:45 hod. nachádzal vo vymedzenom priestore pri sektore C, pričom tento priestor je pre nezaradených odsúdených vymedzený v dňoch pracovného pokoja od 09:00 hod. do 10:00 hod. čím porušil povinnosť plniť povinnosti uložené zákonom a ústavným poriadkom podľa § 39 písm. a) zákona č. 475/2005 Z.z. Za to mu bol uložený disciplinárny trest podľa § 52 ods. 3 písm. e) cit. zákona - umiestnenie do uzavretého oddielu v mimopracovnom čase na dobu 8 dní. Voči tomuto rozhodnutiu podal navrhovateľ odvolanie, ktoré bolo zamietnuté a rozhodnutie o disciplinárnom previnení potvrdené. Predmetné rozhodnutie navrhovateľ prevzal dňa 14.11.2014. Odvolaním napadnuté rozhodnutie o uložení disciplinárneho trestu v konaní č. 1694940-4/2014- DT zo dňa 22.10.2014 bolo zrušené a vec vrátená oprávnenému orgánu na nové prejednanie a rozhodnutie. Rozhodnutím zo dňa 10.11.2014 bol navrhovateľovi uložený disciplinárny trest podľa § 52 ods. 3 písm. e) zákona č. 475/2005 Z.z. - umiestnenie do uzavretého oddielu v mimopracovnom čase na dobu 5 dní, pretože sa dňa 14.10.2014 v čase o 18:15 hod. nachádzal v kultúrnej miestnosti sektoru „C“ v čase, ktorý je v rozpore s vymedzeným pohybom pre odsúdených s dif. skupinou „C“, a teda porušil povinnosť plniť povinnosti uložené zákonom a ústavným poriadkom podľa § 39 písm. a) cit. zákona. Proti tomuto rozhodnutiu podal navrhovateľ odvolanie, ktoré bolo dňa 14.11.2014 zamietnuté. Rozhodnutie odvolacieho orgánu bolo navrhovateľovi doručené dňa 14.11.2014. Vzhľadom na vyššie uvedené sa odporca zaoberal splnením procesných podmienok na preskúmanie rozhodnutí podľa piatej časti O.s.p. Vyhodnotil, že v prípade rozhodnutia č. 1694940-1/2014-DT zo dňa 27.02.2014 sa navrhovateľ vzdal možnosti podať odvolanie, a teda predmetné rozhodnutie nie je rozhodnutím vydaným príslušným orgánom v poslednom stupni, čím nebola splnená podmienka § 247 ods. 2 O.s.p. Pri ostatných troch rozhodnutiach o uložení disciplinárnych trestov nebol splnený predpoklad podania žaloby do dvoch mesiacov od doručenia rozhodnutia správneho orgánu v poslednom stupni podľa § 250b ods. 1 O.s.p. a jedná sa o oneskorene podanú žalobu. Na základe týchto skutočností odporca nepriznal navrhovateľovi nárok na poskytovanie právnej pomoci pretože nie je možné vylúčiť zrejmú bezúspešnosť sporu. Súd má za to, že navrhovateľ žiada o právnu pomoc v konaní o ochrane pred nezákonným zásahom orgánu verejnej správy vedenom na Krajskom súde v Trenčíne pod sp. zn. 13S/81/2015, spravujúcom sa ustanoveniami § 250v O.s.p. Ako vyplýva zo žaloby podanej na tamojší súd dňa 13.04.2015 ale aj zo žiadosti o poskytnutie právnej pomoci, navrhovateľ sa nedomáha iba zrušenia jednotlivých rozhodnutí o uložení diciplinárnych trestov. Odporca má pri posudzovaní zrejmej bezúspešnosti sporu, t. j. pri zisťovaní, či žiadateľ o právnu pomoc túto nežiada vo veci, ktorá je zrejme bezúspešným uplatňovaním práva, oprávnenie vec skúmať z hľadísk, ktoré sú príkladmo vypočítané v citovanom § 8 zákona č. 327/2005 Z. z. Z výrazu zrejmé, ako aj z príkladmo vypočítaných dôvodov neúspešnosti je nepochybné, že musí ísť o taký dôvod, ktorý je bez ďalšieho zrejmý, priamočiary, nevyhnutný a nepotrebuje hlbší právny rozbor a posudzovanie. Podľa názoru súdu odporca vec nesprávne právne posúdil a vzhľadom na ustálenú judikatúru Najvyššieho súdu Slovenskej republiky danú vec nie je možné považovať za bezúspešnú už na základe zbežného posúdenia veci, preto napadnuté rozhodnutie odporcu, ktoré bolo predmetom súdneho prieskumu zrušil podľa § 250j ods. 2 písm. a) a vec vrátil odporcovi na ďalšie konanie. O náhrade trov konania rozhodol súd § 250k ods. 1 O.s.p. v súlade s § 250l ods. 2 O.s.p. a vo veci úspešnému navrhovateľovi náhradu trov konania nepriznal, nakoľko si ju neuplatnil. Poučenie: Proti tomuto rozsudku možno podať odvolanie v lehote 15 dní odo dňa jeho doručenia na Najvyšší súd Slovenskej republiky prostredníctvom Krajského súdu v Bratislave, písomne, vo dvoch vyhotoveniach. V odvolaní sa má popri všeobecných náležitostiach uviesť, proti ktorému rozhodnutiu smeruje, v akom rozsahu sa napáda, v čom sa toto rozhodnutie alebo postup súdu považuje za nesprávny a čoho sa odvolateľ domáha. (§ 205 ods. 1 O.s.p).</w:t>
      </w:r>
    </w:p>
    <w:p/>
    <w:p>
      <w:r>
        <w:t>Zdroj: KAUZIS.SK – https://www.kauzis.sk/judikatura/r/ECLI:SK:KSBA:2016:1015201929.1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