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10Sd/130/2015 z 26. 1. 2016</w:t>
      </w:r>
    </w:p>
    <w:p>
      <w:r>
        <w:t>Uznesenie Krajského súdu Bratislava z 26. januára 2016, sp. zn. 10Sd/130/2015, ECLI:SK:KSBA:2016:1015201953.1</w:t>
      </w:r>
    </w:p>
    <w:p>
      <w:r>
        <w:t>Súd: Krajský súd Bratislava</w:t>
      </w:r>
    </w:p>
    <w:p>
      <w:r>
        <w:t>Spisová značka: 10Sd/130/2015</w:t>
      </w:r>
    </w:p>
    <w:p>
      <w:r>
        <w:t>ECLI: ECLI:SK:KSBA:2016:1015201953.1</w:t>
      </w:r>
    </w:p>
    <w:p>
      <w:r>
        <w:t>Dátum vydania: 26.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10Sd/130/2015 Identifikačné číslo súdneho spisu: 1015201953 Dátum vydania rozhodnutia: 27. 01. 2016 Meno a priezvisko sudcu, VSÚ: JUDr. Beata Jurgošová ECLI: ECLI:SK:KSBA:2016:1015201953.1 Uznesenie Krajský súd v Bratislave v právnej veci navrhovateľa: F. F., bytom Ľ. G. XXXX/XX, B., korešpondenčná adresa: V. O. XX, B. proti odporkyni: Sociálna poisťovňa - ústredie, ul. 29. augusta 8, 813 63 Bratislava, o invalidný dôchodok, takto r o z h o d o l : Súd konanie z a s t a v u j e . Žiaden z účastníkov nemá právo na náhradu trov konania. o d ô v o d n e n i e : Navrhovateľ svojím návrhom zo dňa 11.5.2015 žiadal preskúmať rozhodnutie odporkyne číslo XXX XXX XXXX X zo dňa 15.04.2015, ktorým mu bola zamietnutá žiadosť o invalidný dôchodok. Na posúdení zdravotného stavu dňa 14.10.2015 navrhovateľ oznámil, že súhlasí s posúdením zdravotného stavu a opravný prostriedok berie späť a žiada konanie zastaviť na krajskom súde.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https://www.kauzis.sk/judikatura/r/ECLI:SK:KSBA:2016:1015201953.1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